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91644" w14:textId="77777777" w:rsidR="004A7F88" w:rsidRDefault="00000000">
      <w:pPr>
        <w:spacing w:after="800" w:line="336" w:lineRule="auto"/>
        <w:jc w:val="center"/>
        <w:rPr>
          <w:lang w:eastAsia="zh-CN"/>
        </w:rPr>
      </w:pPr>
      <w:r>
        <w:rPr>
          <w:rFonts w:ascii="宋体" w:eastAsia="宋体" w:hAnsi="宋体" w:cs="微软雅黑" w:hint="eastAsia"/>
          <w:b/>
          <w:color w:val="000000"/>
          <w:sz w:val="52"/>
          <w:lang w:eastAsia="zh-CN"/>
        </w:rPr>
        <w:t>常州工学院低空科技双创实训基地</w:t>
      </w:r>
    </w:p>
    <w:p w14:paraId="3F97F4FC" w14:textId="77777777" w:rsidR="004A7F88" w:rsidRDefault="00000000">
      <w:pPr>
        <w:spacing w:after="520"/>
        <w:jc w:val="center"/>
      </w:pPr>
      <w:r>
        <w:rPr>
          <w:rFonts w:ascii="宋体" w:eastAsia="宋体" w:hAnsi="宋体"/>
          <w:b/>
          <w:color w:val="000000"/>
          <w:sz w:val="72"/>
        </w:rPr>
        <w:t>建</w:t>
      </w:r>
    </w:p>
    <w:p w14:paraId="439E4FEC" w14:textId="77777777" w:rsidR="004A7F88" w:rsidRDefault="00000000">
      <w:pPr>
        <w:spacing w:after="520"/>
        <w:jc w:val="center"/>
      </w:pPr>
      <w:r>
        <w:rPr>
          <w:rFonts w:ascii="宋体" w:eastAsia="宋体" w:hAnsi="宋体"/>
          <w:b/>
          <w:color w:val="000000"/>
          <w:sz w:val="72"/>
        </w:rPr>
        <w:t>设</w:t>
      </w:r>
    </w:p>
    <w:p w14:paraId="2B6CEB8D" w14:textId="77777777" w:rsidR="004A7F88" w:rsidRDefault="00000000">
      <w:pPr>
        <w:spacing w:after="520"/>
        <w:jc w:val="center"/>
      </w:pPr>
      <w:r>
        <w:rPr>
          <w:rFonts w:ascii="宋体" w:eastAsia="宋体" w:hAnsi="宋体"/>
          <w:b/>
          <w:color w:val="000000"/>
          <w:sz w:val="72"/>
        </w:rPr>
        <w:t>方</w:t>
      </w:r>
    </w:p>
    <w:p w14:paraId="0C953965" w14:textId="77777777" w:rsidR="004A7F88" w:rsidRDefault="00000000">
      <w:pPr>
        <w:spacing w:after="520"/>
        <w:jc w:val="center"/>
      </w:pPr>
      <w:r>
        <w:rPr>
          <w:rFonts w:ascii="宋体" w:eastAsia="宋体" w:hAnsi="宋体"/>
          <w:b/>
          <w:color w:val="000000"/>
          <w:sz w:val="72"/>
        </w:rPr>
        <w:t>案</w:t>
      </w:r>
    </w:p>
    <w:p w14:paraId="53C7A1DF" w14:textId="77777777" w:rsidR="004A7F88" w:rsidRDefault="00000000">
      <w:pPr>
        <w:spacing w:before="1400" w:after="200"/>
        <w:jc w:val="center"/>
      </w:pPr>
      <w:r>
        <w:rPr>
          <w:rFonts w:ascii="宋体" w:eastAsia="宋体" w:hAnsi="宋体" w:cs="微软雅黑" w:hint="eastAsia"/>
          <w:b/>
          <w:color w:val="000000"/>
          <w:sz w:val="32"/>
          <w:lang w:eastAsia="zh-CN"/>
        </w:rPr>
        <w:t>常州工学院</w:t>
      </w:r>
    </w:p>
    <w:p w14:paraId="2C99BB1C" w14:textId="63EF2E1B" w:rsidR="004A7F88" w:rsidRDefault="00000000">
      <w:pPr>
        <w:jc w:val="center"/>
      </w:pPr>
      <w:r>
        <w:rPr>
          <w:rFonts w:ascii="宋体" w:eastAsia="宋体" w:hAnsi="宋体" w:cs="微软雅黑" w:hint="eastAsia"/>
          <w:color w:val="000000"/>
          <w:sz w:val="28"/>
          <w:lang w:eastAsia="zh-CN"/>
        </w:rPr>
        <w:t>二〇二</w:t>
      </w:r>
      <w:r w:rsidR="00237FE0">
        <w:rPr>
          <w:rFonts w:ascii="宋体" w:eastAsia="宋体" w:hAnsi="宋体" w:cs="微软雅黑" w:hint="eastAsia"/>
          <w:color w:val="000000"/>
          <w:sz w:val="28"/>
          <w:lang w:eastAsia="zh-CN"/>
        </w:rPr>
        <w:t>五</w:t>
      </w:r>
      <w:r>
        <w:rPr>
          <w:rFonts w:ascii="宋体" w:eastAsia="宋体" w:hAnsi="宋体" w:cs="微软雅黑" w:hint="eastAsia"/>
          <w:color w:val="000000"/>
          <w:sz w:val="28"/>
          <w:lang w:eastAsia="zh-CN"/>
        </w:rPr>
        <w:t>年</w:t>
      </w:r>
      <w:r w:rsidR="00237FE0">
        <w:rPr>
          <w:rFonts w:ascii="宋体" w:eastAsia="宋体" w:hAnsi="宋体" w:cs="微软雅黑" w:hint="eastAsia"/>
          <w:color w:val="000000"/>
          <w:sz w:val="28"/>
          <w:lang w:eastAsia="zh-CN"/>
        </w:rPr>
        <w:t>二</w:t>
      </w:r>
      <w:r>
        <w:rPr>
          <w:rFonts w:ascii="宋体" w:eastAsia="宋体" w:hAnsi="宋体" w:cs="微软雅黑" w:hint="eastAsia"/>
          <w:color w:val="000000"/>
          <w:sz w:val="28"/>
          <w:lang w:eastAsia="zh-CN"/>
        </w:rPr>
        <w:t>月</w:t>
      </w:r>
    </w:p>
    <w:p w14:paraId="20ABE582" w14:textId="77777777" w:rsidR="004A7F88" w:rsidRDefault="004A7F88">
      <w:pPr>
        <w:sectPr w:rsidR="004A7F88">
          <w:pgSz w:w="11906" w:h="16838"/>
          <w:pgMar w:top="1440" w:right="1474" w:bottom="1440" w:left="1474" w:header="720" w:footer="720" w:gutter="0"/>
          <w:cols w:space="720"/>
        </w:sectPr>
      </w:pPr>
    </w:p>
    <w:p w14:paraId="7D9078E0" w14:textId="77777777" w:rsidR="004A7F88" w:rsidRDefault="00000000">
      <w:pPr>
        <w:spacing w:after="168"/>
        <w:rPr>
          <w:lang w:eastAsia="zh-CN"/>
        </w:rPr>
      </w:pPr>
      <w:r>
        <w:rPr>
          <w:rFonts w:hint="eastAsia"/>
          <w:b/>
          <w:color w:val="1A237E"/>
          <w:sz w:val="28"/>
          <w:lang w:eastAsia="zh-CN"/>
        </w:rPr>
        <w:lastRenderedPageBreak/>
        <w:t>目录</w:t>
      </w:r>
    </w:p>
    <w:p w14:paraId="2A7A229C" w14:textId="77777777" w:rsidR="004A7F88" w:rsidRDefault="00000000">
      <w:pPr>
        <w:rPr>
          <w:lang w:eastAsia="zh-CN"/>
        </w:rPr>
      </w:pPr>
      <w:r>
        <w:rPr>
          <w:lang w:eastAsia="zh-CN"/>
        </w:rPr>
        <w:t>方案概要</w:t>
      </w:r>
    </w:p>
    <w:p w14:paraId="2A8E909E" w14:textId="77777777" w:rsidR="004A7F88" w:rsidRDefault="00000000">
      <w:pPr>
        <w:rPr>
          <w:lang w:eastAsia="zh-CN"/>
        </w:rPr>
      </w:pPr>
      <w:r>
        <w:rPr>
          <w:lang w:eastAsia="zh-CN"/>
        </w:rPr>
        <w:t>一、建设目标与定位</w:t>
      </w:r>
    </w:p>
    <w:p w14:paraId="3A4EBDFD" w14:textId="77777777" w:rsidR="004A7F88" w:rsidRDefault="00000000">
      <w:pPr>
        <w:rPr>
          <w:lang w:eastAsia="zh-CN"/>
        </w:rPr>
      </w:pPr>
      <w:r>
        <w:rPr>
          <w:lang w:eastAsia="zh-CN"/>
        </w:rPr>
        <w:t>二、建设思路</w:t>
      </w:r>
    </w:p>
    <w:p w14:paraId="79DB5C69" w14:textId="77777777" w:rsidR="004A7F88" w:rsidRDefault="00000000">
      <w:pPr>
        <w:rPr>
          <w:lang w:eastAsia="zh-CN"/>
        </w:rPr>
      </w:pPr>
      <w:r>
        <w:rPr>
          <w:lang w:eastAsia="zh-CN"/>
        </w:rPr>
        <w:t>三、建设内容与功能布局</w:t>
      </w:r>
    </w:p>
    <w:p w14:paraId="6F752F9D" w14:textId="77777777" w:rsidR="004A7F88" w:rsidRDefault="00000000">
      <w:pPr>
        <w:rPr>
          <w:lang w:eastAsia="zh-CN"/>
        </w:rPr>
      </w:pPr>
      <w:r>
        <w:rPr>
          <w:lang w:eastAsia="zh-CN"/>
        </w:rPr>
        <w:t>四、具体方案规划（分区详案）</w:t>
      </w:r>
    </w:p>
    <w:p w14:paraId="7DB08375" w14:textId="77777777" w:rsidR="004A7F88" w:rsidRDefault="00000000">
      <w:pPr>
        <w:rPr>
          <w:lang w:eastAsia="zh-CN"/>
        </w:rPr>
      </w:pPr>
      <w:r>
        <w:rPr>
          <w:lang w:eastAsia="zh-CN"/>
        </w:rPr>
        <w:t>五、预算汇总</w:t>
      </w:r>
    </w:p>
    <w:p w14:paraId="77B00F38" w14:textId="77777777" w:rsidR="004A7F88" w:rsidRDefault="00000000">
      <w:pPr>
        <w:rPr>
          <w:lang w:eastAsia="zh-CN"/>
        </w:rPr>
      </w:pPr>
      <w:r>
        <w:rPr>
          <w:lang w:eastAsia="zh-CN"/>
        </w:rPr>
        <w:t>六、课程体系搭建</w:t>
      </w:r>
    </w:p>
    <w:p w14:paraId="3844D0F4" w14:textId="77777777" w:rsidR="004A7F88" w:rsidRDefault="00000000">
      <w:pPr>
        <w:rPr>
          <w:lang w:eastAsia="zh-CN"/>
        </w:rPr>
      </w:pPr>
      <w:r>
        <w:rPr>
          <w:lang w:eastAsia="zh-CN"/>
        </w:rPr>
        <w:t>七、建设预期成效</w:t>
      </w:r>
    </w:p>
    <w:p w14:paraId="4310F2FD" w14:textId="77777777" w:rsidR="004A7F88" w:rsidRDefault="00000000">
      <w:pPr>
        <w:rPr>
          <w:lang w:eastAsia="zh-CN"/>
        </w:rPr>
      </w:pPr>
      <w:r>
        <w:rPr>
          <w:lang w:eastAsia="zh-CN"/>
        </w:rPr>
        <w:t>八、实施计划与保障</w:t>
      </w:r>
    </w:p>
    <w:p w14:paraId="7C469F49" w14:textId="77777777" w:rsidR="004A7F88" w:rsidRDefault="00000000">
      <w:pPr>
        <w:rPr>
          <w:lang w:eastAsia="zh-CN"/>
        </w:rPr>
      </w:pPr>
      <w:r>
        <w:rPr>
          <w:lang w:eastAsia="zh-CN"/>
        </w:rPr>
        <w:t>九、校企合作模式说明</w:t>
      </w:r>
    </w:p>
    <w:p w14:paraId="3C59A962" w14:textId="77777777" w:rsidR="004A7F88" w:rsidRDefault="00000000">
      <w:pPr>
        <w:pStyle w:val="21"/>
        <w:rPr>
          <w:lang w:eastAsia="zh-CN"/>
        </w:rPr>
      </w:pPr>
      <w:r>
        <w:rPr>
          <w:rFonts w:cs="微软雅黑" w:hint="eastAsia"/>
          <w:lang w:eastAsia="zh-CN"/>
        </w:rPr>
        <w:t>方案概要</w:t>
      </w:r>
    </w:p>
    <w:tbl>
      <w:tblPr>
        <w:tblW w:w="5000" w:type="pct"/>
        <w:tblLook w:val="04A0" w:firstRow="1" w:lastRow="0" w:firstColumn="1" w:lastColumn="0" w:noHBand="0" w:noVBand="1"/>
      </w:tblPr>
      <w:tblGrid>
        <w:gridCol w:w="1852"/>
        <w:gridCol w:w="2777"/>
        <w:gridCol w:w="1852"/>
        <w:gridCol w:w="2777"/>
      </w:tblGrid>
      <w:tr w:rsidR="004A7F88" w14:paraId="3CA1F98E" w14:textId="77777777">
        <w:tc>
          <w:tcPr>
            <w:tcW w:w="1000" w:type="pct"/>
            <w:tcBorders>
              <w:top w:val="single" w:sz="6" w:space="0" w:color="E0E0E0"/>
              <w:left w:val="single" w:sz="6" w:space="0" w:color="E0E0E0"/>
              <w:bottom w:val="single" w:sz="6" w:space="0" w:color="E0E0E0"/>
              <w:right w:val="single" w:sz="6" w:space="0" w:color="E0E0E0"/>
            </w:tcBorders>
            <w:shd w:val="clear" w:color="auto" w:fill="F5F7FA"/>
            <w:tcMar>
              <w:top w:w="120" w:type="dxa"/>
              <w:left w:w="150" w:type="dxa"/>
              <w:bottom w:w="120" w:type="dxa"/>
              <w:right w:w="150" w:type="dxa"/>
            </w:tcMar>
            <w:vAlign w:val="center"/>
          </w:tcPr>
          <w:p w14:paraId="56C3E3CD" w14:textId="77777777" w:rsidR="004A7F88" w:rsidRDefault="00000000">
            <w:pPr>
              <w:spacing w:before="45" w:after="45" w:line="240" w:lineRule="auto"/>
              <w:jc w:val="center"/>
            </w:pPr>
            <w:r>
              <w:rPr>
                <w:color w:val="1A237E"/>
                <w:sz w:val="18"/>
              </w:rPr>
              <w:t>项目总预算</w:t>
            </w:r>
          </w:p>
        </w:tc>
        <w:tc>
          <w:tcPr>
            <w:tcW w:w="1500" w:type="pct"/>
            <w:tcBorders>
              <w:top w:val="single" w:sz="6" w:space="0" w:color="E0E0E0"/>
              <w:left w:val="single" w:sz="6" w:space="0" w:color="E0E0E0"/>
              <w:bottom w:val="single" w:sz="6" w:space="0" w:color="E0E0E0"/>
              <w:right w:val="single" w:sz="6" w:space="0" w:color="E0E0E0"/>
            </w:tcBorders>
            <w:tcMar>
              <w:top w:w="120" w:type="dxa"/>
              <w:left w:w="150" w:type="dxa"/>
              <w:bottom w:w="120" w:type="dxa"/>
              <w:right w:w="150" w:type="dxa"/>
            </w:tcMar>
            <w:vAlign w:val="center"/>
          </w:tcPr>
          <w:p w14:paraId="34070917" w14:textId="77777777" w:rsidR="004A7F88" w:rsidRDefault="00000000">
            <w:pPr>
              <w:spacing w:before="52" w:after="52" w:line="240" w:lineRule="auto"/>
              <w:jc w:val="center"/>
            </w:pPr>
            <w:r>
              <w:rPr>
                <w:b/>
                <w:color w:val="1565C0"/>
              </w:rPr>
              <w:t>108.97~114.97 万元</w:t>
            </w:r>
          </w:p>
        </w:tc>
        <w:tc>
          <w:tcPr>
            <w:tcW w:w="1000" w:type="pct"/>
            <w:tcBorders>
              <w:top w:val="single" w:sz="6" w:space="0" w:color="E0E0E0"/>
              <w:left w:val="single" w:sz="6" w:space="0" w:color="E0E0E0"/>
              <w:bottom w:val="single" w:sz="6" w:space="0" w:color="E0E0E0"/>
              <w:right w:val="single" w:sz="6" w:space="0" w:color="E0E0E0"/>
            </w:tcBorders>
            <w:shd w:val="clear" w:color="auto" w:fill="F5F7FA"/>
            <w:tcMar>
              <w:top w:w="120" w:type="dxa"/>
              <w:left w:w="150" w:type="dxa"/>
              <w:bottom w:w="120" w:type="dxa"/>
              <w:right w:w="150" w:type="dxa"/>
            </w:tcMar>
            <w:vAlign w:val="center"/>
          </w:tcPr>
          <w:p w14:paraId="0CF47420" w14:textId="77777777" w:rsidR="004A7F88" w:rsidRDefault="00000000">
            <w:pPr>
              <w:spacing w:before="45" w:after="45" w:line="240" w:lineRule="auto"/>
              <w:jc w:val="center"/>
            </w:pPr>
            <w:r>
              <w:rPr>
                <w:color w:val="1A237E"/>
                <w:sz w:val="18"/>
              </w:rPr>
              <w:t>室内总面积</w:t>
            </w:r>
          </w:p>
        </w:tc>
        <w:tc>
          <w:tcPr>
            <w:tcW w:w="1500" w:type="pct"/>
            <w:tcBorders>
              <w:top w:val="single" w:sz="6" w:space="0" w:color="E0E0E0"/>
              <w:left w:val="single" w:sz="6" w:space="0" w:color="E0E0E0"/>
              <w:bottom w:val="single" w:sz="6" w:space="0" w:color="E0E0E0"/>
              <w:right w:val="single" w:sz="6" w:space="0" w:color="E0E0E0"/>
            </w:tcBorders>
            <w:tcMar>
              <w:top w:w="120" w:type="dxa"/>
              <w:left w:w="150" w:type="dxa"/>
              <w:bottom w:w="120" w:type="dxa"/>
              <w:right w:w="150" w:type="dxa"/>
            </w:tcMar>
            <w:vAlign w:val="center"/>
          </w:tcPr>
          <w:p w14:paraId="1917AF04" w14:textId="77777777" w:rsidR="004A7F88" w:rsidRDefault="00000000">
            <w:pPr>
              <w:spacing w:before="52" w:after="52" w:line="240" w:lineRule="auto"/>
              <w:jc w:val="center"/>
            </w:pPr>
            <w:r>
              <w:rPr>
                <w:b/>
                <w:color w:val="1565C0"/>
              </w:rPr>
              <w:t>约 150㎡</w:t>
            </w:r>
          </w:p>
        </w:tc>
      </w:tr>
      <w:tr w:rsidR="004A7F88" w14:paraId="3A122E16" w14:textId="77777777">
        <w:tc>
          <w:tcPr>
            <w:tcW w:w="1000" w:type="pct"/>
            <w:tcBorders>
              <w:top w:val="single" w:sz="6" w:space="0" w:color="E0E0E0"/>
              <w:left w:val="single" w:sz="6" w:space="0" w:color="E0E0E0"/>
              <w:bottom w:val="single" w:sz="6" w:space="0" w:color="E0E0E0"/>
              <w:right w:val="single" w:sz="6" w:space="0" w:color="E0E0E0"/>
            </w:tcBorders>
            <w:shd w:val="clear" w:color="auto" w:fill="F5F7FA"/>
            <w:tcMar>
              <w:top w:w="120" w:type="dxa"/>
              <w:left w:w="150" w:type="dxa"/>
              <w:bottom w:w="120" w:type="dxa"/>
              <w:right w:w="150" w:type="dxa"/>
            </w:tcMar>
            <w:vAlign w:val="center"/>
          </w:tcPr>
          <w:p w14:paraId="2CEF92E8" w14:textId="77777777" w:rsidR="004A7F88" w:rsidRDefault="00000000">
            <w:pPr>
              <w:spacing w:before="45" w:after="45" w:line="240" w:lineRule="auto"/>
              <w:jc w:val="center"/>
            </w:pPr>
            <w:r>
              <w:rPr>
                <w:color w:val="1A237E"/>
                <w:sz w:val="18"/>
              </w:rPr>
              <w:t>设备投入</w:t>
            </w:r>
          </w:p>
        </w:tc>
        <w:tc>
          <w:tcPr>
            <w:tcW w:w="1500" w:type="pct"/>
            <w:tcBorders>
              <w:top w:val="single" w:sz="6" w:space="0" w:color="E0E0E0"/>
              <w:left w:val="single" w:sz="6" w:space="0" w:color="E0E0E0"/>
              <w:bottom w:val="single" w:sz="6" w:space="0" w:color="E0E0E0"/>
              <w:right w:val="single" w:sz="6" w:space="0" w:color="E0E0E0"/>
            </w:tcBorders>
            <w:tcMar>
              <w:top w:w="120" w:type="dxa"/>
              <w:left w:w="150" w:type="dxa"/>
              <w:bottom w:w="120" w:type="dxa"/>
              <w:right w:w="150" w:type="dxa"/>
            </w:tcMar>
            <w:vAlign w:val="center"/>
          </w:tcPr>
          <w:p w14:paraId="7DE38B58" w14:textId="77777777" w:rsidR="004A7F88" w:rsidRDefault="00000000">
            <w:pPr>
              <w:spacing w:before="52" w:after="52" w:line="240" w:lineRule="auto"/>
              <w:jc w:val="center"/>
            </w:pPr>
            <w:r>
              <w:rPr>
                <w:b/>
                <w:color w:val="1565C0"/>
              </w:rPr>
              <w:t>87.97 万元</w:t>
            </w:r>
          </w:p>
        </w:tc>
        <w:tc>
          <w:tcPr>
            <w:tcW w:w="1000" w:type="pct"/>
            <w:tcBorders>
              <w:top w:val="single" w:sz="6" w:space="0" w:color="E0E0E0"/>
              <w:left w:val="single" w:sz="6" w:space="0" w:color="E0E0E0"/>
              <w:bottom w:val="single" w:sz="6" w:space="0" w:color="E0E0E0"/>
              <w:right w:val="single" w:sz="6" w:space="0" w:color="E0E0E0"/>
            </w:tcBorders>
            <w:shd w:val="clear" w:color="auto" w:fill="F5F7FA"/>
            <w:tcMar>
              <w:top w:w="120" w:type="dxa"/>
              <w:left w:w="150" w:type="dxa"/>
              <w:bottom w:w="120" w:type="dxa"/>
              <w:right w:w="150" w:type="dxa"/>
            </w:tcMar>
            <w:vAlign w:val="center"/>
          </w:tcPr>
          <w:p w14:paraId="1D65B099" w14:textId="77777777" w:rsidR="004A7F88" w:rsidRDefault="00000000">
            <w:pPr>
              <w:spacing w:before="45" w:after="45" w:line="240" w:lineRule="auto"/>
              <w:jc w:val="center"/>
            </w:pPr>
            <w:r>
              <w:rPr>
                <w:color w:val="1A237E"/>
                <w:sz w:val="18"/>
              </w:rPr>
              <w:t>功能分区</w:t>
            </w:r>
          </w:p>
        </w:tc>
        <w:tc>
          <w:tcPr>
            <w:tcW w:w="1500" w:type="pct"/>
            <w:tcBorders>
              <w:top w:val="single" w:sz="6" w:space="0" w:color="E0E0E0"/>
              <w:left w:val="single" w:sz="6" w:space="0" w:color="E0E0E0"/>
              <w:bottom w:val="single" w:sz="6" w:space="0" w:color="E0E0E0"/>
              <w:right w:val="single" w:sz="6" w:space="0" w:color="E0E0E0"/>
            </w:tcBorders>
            <w:tcMar>
              <w:top w:w="120" w:type="dxa"/>
              <w:left w:w="150" w:type="dxa"/>
              <w:bottom w:w="120" w:type="dxa"/>
              <w:right w:w="150" w:type="dxa"/>
            </w:tcMar>
            <w:vAlign w:val="center"/>
          </w:tcPr>
          <w:p w14:paraId="61349A59" w14:textId="77777777" w:rsidR="004A7F88" w:rsidRDefault="00000000">
            <w:pPr>
              <w:spacing w:before="52" w:after="52" w:line="240" w:lineRule="auto"/>
              <w:jc w:val="center"/>
            </w:pPr>
            <w:r>
              <w:rPr>
                <w:b/>
                <w:color w:val="1565C0"/>
              </w:rPr>
              <w:t>4 个（三室内 + 一室外）</w:t>
            </w:r>
          </w:p>
        </w:tc>
      </w:tr>
      <w:tr w:rsidR="004A7F88" w14:paraId="4EA975DD" w14:textId="77777777">
        <w:tc>
          <w:tcPr>
            <w:tcW w:w="1000" w:type="pct"/>
            <w:tcBorders>
              <w:top w:val="single" w:sz="6" w:space="0" w:color="E0E0E0"/>
              <w:left w:val="single" w:sz="6" w:space="0" w:color="E0E0E0"/>
              <w:bottom w:val="single" w:sz="6" w:space="0" w:color="E0E0E0"/>
              <w:right w:val="single" w:sz="6" w:space="0" w:color="E0E0E0"/>
            </w:tcBorders>
            <w:shd w:val="clear" w:color="auto" w:fill="F5F7FA"/>
            <w:tcMar>
              <w:top w:w="120" w:type="dxa"/>
              <w:left w:w="150" w:type="dxa"/>
              <w:bottom w:w="120" w:type="dxa"/>
              <w:right w:w="150" w:type="dxa"/>
            </w:tcMar>
            <w:vAlign w:val="center"/>
          </w:tcPr>
          <w:p w14:paraId="667ECF17" w14:textId="77777777" w:rsidR="004A7F88" w:rsidRDefault="00000000">
            <w:pPr>
              <w:spacing w:before="45" w:after="45" w:line="240" w:lineRule="auto"/>
              <w:jc w:val="center"/>
            </w:pPr>
            <w:r>
              <w:rPr>
                <w:color w:val="1A237E"/>
                <w:sz w:val="18"/>
              </w:rPr>
              <w:t>课程体系</w:t>
            </w:r>
          </w:p>
        </w:tc>
        <w:tc>
          <w:tcPr>
            <w:tcW w:w="1500" w:type="pct"/>
            <w:tcBorders>
              <w:top w:val="single" w:sz="6" w:space="0" w:color="E0E0E0"/>
              <w:left w:val="single" w:sz="6" w:space="0" w:color="E0E0E0"/>
              <w:bottom w:val="single" w:sz="6" w:space="0" w:color="E0E0E0"/>
              <w:right w:val="single" w:sz="6" w:space="0" w:color="E0E0E0"/>
            </w:tcBorders>
            <w:tcMar>
              <w:top w:w="120" w:type="dxa"/>
              <w:left w:w="150" w:type="dxa"/>
              <w:bottom w:w="120" w:type="dxa"/>
              <w:right w:w="150" w:type="dxa"/>
            </w:tcMar>
            <w:vAlign w:val="center"/>
          </w:tcPr>
          <w:p w14:paraId="29DBA20A" w14:textId="77777777" w:rsidR="004A7F88" w:rsidRDefault="00000000">
            <w:pPr>
              <w:spacing w:before="52" w:after="52" w:line="240" w:lineRule="auto"/>
              <w:jc w:val="center"/>
            </w:pPr>
            <w:r>
              <w:rPr>
                <w:b/>
                <w:color w:val="1565C0"/>
              </w:rPr>
              <w:t>10 门课程 ·360 学时</w:t>
            </w:r>
          </w:p>
        </w:tc>
        <w:tc>
          <w:tcPr>
            <w:tcW w:w="1000" w:type="pct"/>
            <w:tcBorders>
              <w:top w:val="single" w:sz="6" w:space="0" w:color="E0E0E0"/>
              <w:left w:val="single" w:sz="6" w:space="0" w:color="E0E0E0"/>
              <w:bottom w:val="single" w:sz="6" w:space="0" w:color="E0E0E0"/>
              <w:right w:val="single" w:sz="6" w:space="0" w:color="E0E0E0"/>
            </w:tcBorders>
            <w:shd w:val="clear" w:color="auto" w:fill="F5F7FA"/>
            <w:tcMar>
              <w:top w:w="120" w:type="dxa"/>
              <w:left w:w="150" w:type="dxa"/>
              <w:bottom w:w="120" w:type="dxa"/>
              <w:right w:w="150" w:type="dxa"/>
            </w:tcMar>
            <w:vAlign w:val="center"/>
          </w:tcPr>
          <w:p w14:paraId="69E416B2" w14:textId="77777777" w:rsidR="004A7F88" w:rsidRDefault="00000000">
            <w:pPr>
              <w:spacing w:before="45" w:after="45" w:line="240" w:lineRule="auto"/>
              <w:jc w:val="center"/>
            </w:pPr>
            <w:r>
              <w:rPr>
                <w:color w:val="1A237E"/>
                <w:sz w:val="18"/>
              </w:rPr>
              <w:t>年服务学生</w:t>
            </w:r>
          </w:p>
        </w:tc>
        <w:tc>
          <w:tcPr>
            <w:tcW w:w="1500" w:type="pct"/>
            <w:tcBorders>
              <w:top w:val="single" w:sz="6" w:space="0" w:color="E0E0E0"/>
              <w:left w:val="single" w:sz="6" w:space="0" w:color="E0E0E0"/>
              <w:bottom w:val="single" w:sz="6" w:space="0" w:color="E0E0E0"/>
              <w:right w:val="single" w:sz="6" w:space="0" w:color="E0E0E0"/>
            </w:tcBorders>
            <w:tcMar>
              <w:top w:w="120" w:type="dxa"/>
              <w:left w:w="150" w:type="dxa"/>
              <w:bottom w:w="120" w:type="dxa"/>
              <w:right w:w="150" w:type="dxa"/>
            </w:tcMar>
            <w:vAlign w:val="center"/>
          </w:tcPr>
          <w:p w14:paraId="6E47AC4A" w14:textId="77777777" w:rsidR="004A7F88" w:rsidRDefault="00000000">
            <w:pPr>
              <w:spacing w:before="52" w:after="52" w:line="240" w:lineRule="auto"/>
              <w:jc w:val="center"/>
            </w:pPr>
            <w:r>
              <w:rPr>
                <w:b/>
                <w:color w:val="1565C0"/>
              </w:rPr>
              <w:t>500 人次以上（预期）</w:t>
            </w:r>
          </w:p>
        </w:tc>
      </w:tr>
    </w:tbl>
    <w:p w14:paraId="561B772D" w14:textId="77777777" w:rsidR="004A7F88" w:rsidRDefault="00000000">
      <w:pPr>
        <w:rPr>
          <w:lang w:eastAsia="zh-CN"/>
        </w:rPr>
      </w:pPr>
      <w:r>
        <w:rPr>
          <w:rFonts w:cs="微软雅黑" w:hint="eastAsia"/>
          <w:lang w:eastAsia="zh-CN"/>
        </w:rPr>
        <w:t>本项目建设</w:t>
      </w:r>
      <w:r>
        <w:rPr>
          <w:lang w:eastAsia="zh-CN"/>
        </w:rPr>
        <w:t>"</w:t>
      </w:r>
      <w:r>
        <w:rPr>
          <w:rFonts w:cs="微软雅黑" w:hint="eastAsia"/>
          <w:lang w:eastAsia="zh-CN"/>
        </w:rPr>
        <w:t>常州工学院低空科技双创实训基地</w:t>
      </w:r>
      <w:r>
        <w:rPr>
          <w:lang w:eastAsia="zh-CN"/>
        </w:rPr>
        <w:t>"</w:t>
      </w:r>
      <w:r>
        <w:rPr>
          <w:rFonts w:cs="微软雅黑" w:hint="eastAsia"/>
          <w:lang w:eastAsia="zh-CN"/>
        </w:rPr>
        <w:t>，按</w:t>
      </w:r>
      <w:r>
        <w:rPr>
          <w:lang w:eastAsia="zh-CN"/>
        </w:rPr>
        <w:t>"</w:t>
      </w:r>
      <w:r>
        <w:rPr>
          <w:rFonts w:cs="微软雅黑" w:hint="eastAsia"/>
          <w:lang w:eastAsia="zh-CN"/>
        </w:rPr>
        <w:t>教学实训、技能考证、双创孵化、社会服务</w:t>
      </w:r>
      <w:r>
        <w:rPr>
          <w:lang w:eastAsia="zh-CN"/>
        </w:rPr>
        <w:t>"</w:t>
      </w:r>
      <w:r>
        <w:rPr>
          <w:rFonts w:cs="微软雅黑" w:hint="eastAsia"/>
          <w:lang w:eastAsia="zh-CN"/>
        </w:rPr>
        <w:t>一体化定位，室内按</w:t>
      </w:r>
      <w:r>
        <w:rPr>
          <w:lang w:eastAsia="zh-CN"/>
        </w:rPr>
        <w:t>"</w:t>
      </w:r>
      <w:r>
        <w:rPr>
          <w:rFonts w:cs="微软雅黑" w:hint="eastAsia"/>
          <w:lang w:eastAsia="zh-CN"/>
        </w:rPr>
        <w:t>理论认知（</w:t>
      </w:r>
      <w:r>
        <w:rPr>
          <w:lang w:eastAsia="zh-CN"/>
        </w:rPr>
        <w:t>L1</w:t>
      </w:r>
      <w:r>
        <w:rPr>
          <w:rFonts w:cs="微软雅黑" w:hint="eastAsia"/>
          <w:lang w:eastAsia="zh-CN"/>
        </w:rPr>
        <w:t>）</w:t>
      </w:r>
      <w:r>
        <w:rPr>
          <w:lang w:eastAsia="zh-CN"/>
        </w:rPr>
        <w:t>→</w:t>
      </w:r>
      <w:r>
        <w:rPr>
          <w:rFonts w:cs="微软雅黑" w:hint="eastAsia"/>
          <w:lang w:eastAsia="zh-CN"/>
        </w:rPr>
        <w:t>模拟训练（</w:t>
      </w:r>
      <w:r>
        <w:rPr>
          <w:lang w:eastAsia="zh-CN"/>
        </w:rPr>
        <w:t>L2</w:t>
      </w:r>
      <w:r>
        <w:rPr>
          <w:rFonts w:cs="微软雅黑" w:hint="eastAsia"/>
          <w:lang w:eastAsia="zh-CN"/>
        </w:rPr>
        <w:t>）</w:t>
      </w:r>
      <w:r>
        <w:rPr>
          <w:lang w:eastAsia="zh-CN"/>
        </w:rPr>
        <w:t>→</w:t>
      </w:r>
      <w:r>
        <w:rPr>
          <w:rFonts w:cs="微软雅黑" w:hint="eastAsia"/>
          <w:lang w:eastAsia="zh-CN"/>
        </w:rPr>
        <w:t>实操验证（</w:t>
      </w:r>
      <w:r>
        <w:rPr>
          <w:lang w:eastAsia="zh-CN"/>
        </w:rPr>
        <w:t>L3</w:t>
      </w:r>
      <w:r>
        <w:rPr>
          <w:rFonts w:cs="微软雅黑" w:hint="eastAsia"/>
          <w:lang w:eastAsia="zh-CN"/>
        </w:rPr>
        <w:t>）</w:t>
      </w:r>
      <w:r>
        <w:rPr>
          <w:lang w:eastAsia="zh-CN"/>
        </w:rPr>
        <w:t>"</w:t>
      </w:r>
      <w:r>
        <w:rPr>
          <w:rFonts w:cs="微软雅黑" w:hint="eastAsia"/>
          <w:lang w:eastAsia="zh-CN"/>
        </w:rPr>
        <w:t>递进划分三个功能区，室外依托现有操场划设飞行训练场，以</w:t>
      </w:r>
      <w:r>
        <w:rPr>
          <w:lang w:eastAsia="zh-CN"/>
        </w:rPr>
        <w:t>"</w:t>
      </w:r>
      <w:r>
        <w:rPr>
          <w:rFonts w:cs="微软雅黑" w:hint="eastAsia"/>
          <w:lang w:eastAsia="zh-CN"/>
        </w:rPr>
        <w:t>翼创五维</w:t>
      </w:r>
      <w:r>
        <w:rPr>
          <w:lang w:eastAsia="zh-CN"/>
        </w:rPr>
        <w:t>"</w:t>
      </w:r>
      <w:r>
        <w:rPr>
          <w:rFonts w:cs="微软雅黑" w:hint="eastAsia"/>
          <w:lang w:eastAsia="zh-CN"/>
        </w:rPr>
        <w:t>（岗</w:t>
      </w:r>
      <w:r>
        <w:rPr>
          <w:lang w:eastAsia="zh-CN"/>
        </w:rPr>
        <w:t>—</w:t>
      </w:r>
      <w:r>
        <w:rPr>
          <w:rFonts w:cs="微软雅黑" w:hint="eastAsia"/>
          <w:lang w:eastAsia="zh-CN"/>
        </w:rPr>
        <w:t>课</w:t>
      </w:r>
      <w:r>
        <w:rPr>
          <w:lang w:eastAsia="zh-CN"/>
        </w:rPr>
        <w:t>—</w:t>
      </w:r>
      <w:r>
        <w:rPr>
          <w:rFonts w:cs="微软雅黑" w:hint="eastAsia"/>
          <w:lang w:eastAsia="zh-CN"/>
        </w:rPr>
        <w:t>赛</w:t>
      </w:r>
      <w:r>
        <w:rPr>
          <w:lang w:eastAsia="zh-CN"/>
        </w:rPr>
        <w:t>—</w:t>
      </w:r>
      <w:r>
        <w:rPr>
          <w:rFonts w:cs="微软雅黑" w:hint="eastAsia"/>
          <w:lang w:eastAsia="zh-CN"/>
        </w:rPr>
        <w:t>证</w:t>
      </w:r>
      <w:r>
        <w:rPr>
          <w:lang w:eastAsia="zh-CN"/>
        </w:rPr>
        <w:t>—</w:t>
      </w:r>
      <w:r>
        <w:rPr>
          <w:rFonts w:cs="微软雅黑" w:hint="eastAsia"/>
          <w:lang w:eastAsia="zh-CN"/>
        </w:rPr>
        <w:t>创）闭环培养模式支撑</w:t>
      </w:r>
      <w:r>
        <w:rPr>
          <w:lang w:eastAsia="zh-CN"/>
        </w:rPr>
        <w:t xml:space="preserve"> CAAC </w:t>
      </w:r>
      <w:r>
        <w:rPr>
          <w:rFonts w:cs="微软雅黑" w:hint="eastAsia"/>
          <w:lang w:eastAsia="zh-CN"/>
        </w:rPr>
        <w:t>执照考证与无人机双创人才培养。</w:t>
      </w:r>
    </w:p>
    <w:p w14:paraId="76B7D5A8" w14:textId="77777777" w:rsidR="004A7F88" w:rsidRDefault="00000000">
      <w:pPr>
        <w:pStyle w:val="21"/>
        <w:rPr>
          <w:lang w:eastAsia="zh-CN"/>
        </w:rPr>
      </w:pPr>
      <w:bookmarkStart w:id="0" w:name="section-1"/>
      <w:bookmarkEnd w:id="0"/>
      <w:r>
        <w:rPr>
          <w:rFonts w:cs="微软雅黑" w:hint="eastAsia"/>
          <w:lang w:eastAsia="zh-CN"/>
        </w:rPr>
        <w:lastRenderedPageBreak/>
        <w:t>一、建设目标与定位</w:t>
      </w:r>
    </w:p>
    <w:p w14:paraId="058C85D8" w14:textId="77777777" w:rsidR="004A7F88" w:rsidRDefault="00000000">
      <w:pPr>
        <w:rPr>
          <w:lang w:eastAsia="zh-CN"/>
        </w:rPr>
      </w:pPr>
      <w:r>
        <w:rPr>
          <w:rFonts w:cs="微软雅黑" w:hint="eastAsia"/>
          <w:lang w:eastAsia="zh-CN"/>
        </w:rPr>
        <w:t>对接国家关于促进低空经济发展的战略部署与《通用航空装备创新应用实施方案（</w:t>
      </w:r>
      <w:r>
        <w:rPr>
          <w:lang w:eastAsia="zh-CN"/>
        </w:rPr>
        <w:t>2024—2030</w:t>
      </w:r>
      <w:r>
        <w:rPr>
          <w:rFonts w:cs="微软雅黑" w:hint="eastAsia"/>
          <w:lang w:eastAsia="zh-CN"/>
        </w:rPr>
        <w:t>年）》中</w:t>
      </w:r>
      <w:r>
        <w:rPr>
          <w:lang w:eastAsia="zh-CN"/>
        </w:rPr>
        <w:t>"</w:t>
      </w:r>
      <w:r>
        <w:rPr>
          <w:rFonts w:cs="微软雅黑" w:hint="eastAsia"/>
          <w:lang w:eastAsia="zh-CN"/>
        </w:rPr>
        <w:t>加强专业技术技能人才培养</w:t>
      </w:r>
      <w:r>
        <w:rPr>
          <w:lang w:eastAsia="zh-CN"/>
        </w:rPr>
        <w:t>"</w:t>
      </w:r>
      <w:r>
        <w:rPr>
          <w:rFonts w:cs="微软雅黑" w:hint="eastAsia"/>
          <w:lang w:eastAsia="zh-CN"/>
        </w:rPr>
        <w:t>的导向，呼应江苏省低空经济高质量发展相关部署和常州市打造</w:t>
      </w:r>
      <w:r>
        <w:rPr>
          <w:lang w:eastAsia="zh-CN"/>
        </w:rPr>
        <w:t>"</w:t>
      </w:r>
      <w:r>
        <w:rPr>
          <w:rFonts w:cs="微软雅黑" w:hint="eastAsia"/>
          <w:lang w:eastAsia="zh-CN"/>
        </w:rPr>
        <w:t>新能源之都</w:t>
      </w:r>
      <w:r>
        <w:rPr>
          <w:lang w:eastAsia="zh-CN"/>
        </w:rPr>
        <w:t>"</w:t>
      </w:r>
      <w:r>
        <w:rPr>
          <w:rFonts w:cs="微软雅黑" w:hint="eastAsia"/>
          <w:lang w:eastAsia="zh-CN"/>
        </w:rPr>
        <w:t>、培育低空经济新增长极的区域产业布局，常州工学院作为应用型本科院校，亟需将低空经济人才需求转化为创新创业教育的具体育人场景。</w:t>
      </w:r>
    </w:p>
    <w:p w14:paraId="7AF77406" w14:textId="77777777" w:rsidR="004A7F88" w:rsidRDefault="00000000">
      <w:pPr>
        <w:rPr>
          <w:lang w:eastAsia="zh-CN"/>
        </w:rPr>
      </w:pPr>
      <w:r>
        <w:rPr>
          <w:rFonts w:cs="微软雅黑" w:hint="eastAsia"/>
          <w:lang w:eastAsia="zh-CN"/>
        </w:rPr>
        <w:t>学校创新创业学院承担全校双创教育职能，当前面临无人机方向师资不足、设备不足、缺乏标准化考证（</w:t>
      </w:r>
      <w:r>
        <w:rPr>
          <w:lang w:eastAsia="zh-CN"/>
        </w:rPr>
        <w:t xml:space="preserve">CAAC </w:t>
      </w:r>
      <w:r>
        <w:rPr>
          <w:rFonts w:cs="微软雅黑" w:hint="eastAsia"/>
          <w:lang w:eastAsia="zh-CN"/>
        </w:rPr>
        <w:t>民用无人驾驶航空器操控员执照）培训条件的现实痛点，制约了双创课程的开课质量与覆盖面。</w:t>
      </w:r>
    </w:p>
    <w:p w14:paraId="022B121B" w14:textId="77777777" w:rsidR="004A7F88" w:rsidRDefault="00000000">
      <w:pPr>
        <w:rPr>
          <w:lang w:eastAsia="zh-CN"/>
        </w:rPr>
      </w:pPr>
      <w:r>
        <w:rPr>
          <w:rFonts w:cs="微软雅黑" w:hint="eastAsia"/>
          <w:lang w:eastAsia="zh-CN"/>
        </w:rPr>
        <w:t>基于此，本项目建设</w:t>
      </w:r>
      <w:r>
        <w:rPr>
          <w:lang w:eastAsia="zh-CN"/>
        </w:rPr>
        <w:t>"</w:t>
      </w:r>
      <w:r>
        <w:rPr>
          <w:rFonts w:cs="微软雅黑" w:hint="eastAsia"/>
          <w:lang w:eastAsia="zh-CN"/>
        </w:rPr>
        <w:t>常州工学院低空科技双创实训基地</w:t>
      </w:r>
      <w:r>
        <w:rPr>
          <w:lang w:eastAsia="zh-CN"/>
        </w:rPr>
        <w:t>"</w:t>
      </w:r>
      <w:r>
        <w:rPr>
          <w:rFonts w:cs="微软雅黑" w:hint="eastAsia"/>
          <w:lang w:eastAsia="zh-CN"/>
        </w:rPr>
        <w:t>，按</w:t>
      </w:r>
      <w:r>
        <w:rPr>
          <w:lang w:eastAsia="zh-CN"/>
        </w:rPr>
        <w:t>"</w:t>
      </w:r>
      <w:r>
        <w:rPr>
          <w:rFonts w:cs="微软雅黑" w:hint="eastAsia"/>
          <w:lang w:eastAsia="zh-CN"/>
        </w:rPr>
        <w:t>教学实训、技能考证、双创孵化、社会服务</w:t>
      </w:r>
      <w:r>
        <w:rPr>
          <w:lang w:eastAsia="zh-CN"/>
        </w:rPr>
        <w:t>"</w:t>
      </w:r>
      <w:r>
        <w:rPr>
          <w:rFonts w:cs="微软雅黑" w:hint="eastAsia"/>
          <w:lang w:eastAsia="zh-CN"/>
        </w:rPr>
        <w:t>一体化定位设计：对内支撑无人机方向双创课程与全校通识科普教育，对外面向区域内职业院校、中小学开展</w:t>
      </w:r>
      <w:r>
        <w:rPr>
          <w:lang w:eastAsia="zh-CN"/>
        </w:rPr>
        <w:t xml:space="preserve"> CAAC </w:t>
      </w:r>
      <w:r>
        <w:rPr>
          <w:rFonts w:cs="微软雅黑" w:hint="eastAsia"/>
          <w:lang w:eastAsia="zh-CN"/>
        </w:rPr>
        <w:t>执照培训与师资（双师）培训、提供科普研学与技术服务，形成</w:t>
      </w:r>
      <w:r>
        <w:rPr>
          <w:lang w:eastAsia="zh-CN"/>
        </w:rPr>
        <w:t>"</w:t>
      </w:r>
      <w:r>
        <w:rPr>
          <w:rFonts w:cs="微软雅黑" w:hint="eastAsia"/>
          <w:lang w:eastAsia="zh-CN"/>
        </w:rPr>
        <w:t>立足本校、辐射常州、服务长三角低空经济产业</w:t>
      </w:r>
      <w:r>
        <w:rPr>
          <w:lang w:eastAsia="zh-CN"/>
        </w:rPr>
        <w:t>"</w:t>
      </w:r>
      <w:r>
        <w:rPr>
          <w:rFonts w:cs="微软雅黑" w:hint="eastAsia"/>
          <w:lang w:eastAsia="zh-CN"/>
        </w:rPr>
        <w:t>的应用型人才培养与创新创业支撑平台。</w:t>
      </w:r>
    </w:p>
    <w:p w14:paraId="4962361A" w14:textId="77777777" w:rsidR="004A7F88" w:rsidRDefault="00000000">
      <w:pPr>
        <w:rPr>
          <w:lang w:eastAsia="zh-CN"/>
        </w:rPr>
      </w:pPr>
      <w:r>
        <w:rPr>
          <w:rFonts w:cs="微软雅黑" w:hint="eastAsia"/>
          <w:lang w:eastAsia="zh-CN"/>
        </w:rPr>
        <w:t>预期建成后年服务学生</w:t>
      </w:r>
      <w:r>
        <w:rPr>
          <w:lang w:eastAsia="zh-CN"/>
        </w:rPr>
        <w:t xml:space="preserve"> 500 </w:t>
      </w:r>
      <w:r>
        <w:rPr>
          <w:rFonts w:cs="微软雅黑" w:hint="eastAsia"/>
          <w:lang w:eastAsia="zh-CN"/>
        </w:rPr>
        <w:t>人次以上、年培训</w:t>
      </w:r>
      <w:r>
        <w:rPr>
          <w:lang w:eastAsia="zh-CN"/>
        </w:rPr>
        <w:t xml:space="preserve"> CAAC </w:t>
      </w:r>
      <w:r>
        <w:rPr>
          <w:rFonts w:cs="微软雅黑" w:hint="eastAsia"/>
          <w:lang w:eastAsia="zh-CN"/>
        </w:rPr>
        <w:t>备考学员与双师学员预期达</w:t>
      </w:r>
      <w:r>
        <w:rPr>
          <w:lang w:eastAsia="zh-CN"/>
        </w:rPr>
        <w:t xml:space="preserve"> 100 </w:t>
      </w:r>
      <w:r>
        <w:rPr>
          <w:rFonts w:cs="微软雅黑" w:hint="eastAsia"/>
          <w:lang w:eastAsia="zh-CN"/>
        </w:rPr>
        <w:t>人次以上（预估，以实际开班计划为准）。</w:t>
      </w:r>
    </w:p>
    <w:p w14:paraId="57C2684D" w14:textId="77777777" w:rsidR="004A7F88" w:rsidRDefault="00000000">
      <w:pPr>
        <w:pStyle w:val="21"/>
        <w:rPr>
          <w:lang w:eastAsia="zh-CN"/>
        </w:rPr>
      </w:pPr>
      <w:bookmarkStart w:id="1" w:name="section-2"/>
      <w:bookmarkEnd w:id="1"/>
      <w:r>
        <w:rPr>
          <w:rFonts w:cs="微软雅黑" w:hint="eastAsia"/>
          <w:lang w:eastAsia="zh-CN"/>
        </w:rPr>
        <w:t>二、建设思路</w:t>
      </w:r>
    </w:p>
    <w:p w14:paraId="58282F2F" w14:textId="77777777" w:rsidR="004A7F88" w:rsidRDefault="00000000">
      <w:pPr>
        <w:rPr>
          <w:lang w:eastAsia="zh-CN"/>
        </w:rPr>
      </w:pPr>
      <w:r>
        <w:rPr>
          <w:rFonts w:cs="微软雅黑" w:hint="eastAsia"/>
          <w:lang w:eastAsia="zh-CN"/>
        </w:rPr>
        <w:t>本基地以</w:t>
      </w:r>
      <w:r>
        <w:rPr>
          <w:rFonts w:cs="微软雅黑" w:hint="eastAsia"/>
          <w:b/>
          <w:lang w:eastAsia="zh-CN"/>
        </w:rPr>
        <w:t>"翼创五维"闭环培养模式</w:t>
      </w:r>
      <w:r>
        <w:rPr>
          <w:rFonts w:cs="微软雅黑" w:hint="eastAsia"/>
          <w:lang w:eastAsia="zh-CN"/>
        </w:rPr>
        <w:t>为核心：以</w:t>
      </w:r>
      <w:r>
        <w:rPr>
          <w:lang w:eastAsia="zh-CN"/>
        </w:rPr>
        <w:t>"</w:t>
      </w:r>
      <w:r>
        <w:rPr>
          <w:rFonts w:cs="微软雅黑" w:hint="eastAsia"/>
          <w:lang w:eastAsia="zh-CN"/>
        </w:rPr>
        <w:t>岗</w:t>
      </w:r>
      <w:r>
        <w:rPr>
          <w:lang w:eastAsia="zh-CN"/>
        </w:rPr>
        <w:t>—</w:t>
      </w:r>
      <w:r>
        <w:rPr>
          <w:rFonts w:cs="微软雅黑" w:hint="eastAsia"/>
          <w:lang w:eastAsia="zh-CN"/>
        </w:rPr>
        <w:t>课</w:t>
      </w:r>
      <w:r>
        <w:rPr>
          <w:lang w:eastAsia="zh-CN"/>
        </w:rPr>
        <w:t>—</w:t>
      </w:r>
      <w:r>
        <w:rPr>
          <w:rFonts w:cs="微软雅黑" w:hint="eastAsia"/>
          <w:lang w:eastAsia="zh-CN"/>
        </w:rPr>
        <w:t>赛</w:t>
      </w:r>
      <w:r>
        <w:rPr>
          <w:lang w:eastAsia="zh-CN"/>
        </w:rPr>
        <w:t>—</w:t>
      </w:r>
      <w:r>
        <w:rPr>
          <w:rFonts w:cs="微软雅黑" w:hint="eastAsia"/>
          <w:lang w:eastAsia="zh-CN"/>
        </w:rPr>
        <w:t>证</w:t>
      </w:r>
      <w:r>
        <w:rPr>
          <w:lang w:eastAsia="zh-CN"/>
        </w:rPr>
        <w:t>—</w:t>
      </w:r>
      <w:r>
        <w:rPr>
          <w:rFonts w:cs="微软雅黑" w:hint="eastAsia"/>
          <w:lang w:eastAsia="zh-CN"/>
        </w:rPr>
        <w:t>创</w:t>
      </w:r>
      <w:r>
        <w:rPr>
          <w:lang w:eastAsia="zh-CN"/>
        </w:rPr>
        <w:t>"</w:t>
      </w:r>
      <w:r>
        <w:rPr>
          <w:rFonts w:cs="微软雅黑" w:hint="eastAsia"/>
          <w:lang w:eastAsia="zh-CN"/>
        </w:rPr>
        <w:t>五个维度环环相扣</w:t>
      </w:r>
      <w:r>
        <w:rPr>
          <w:lang w:eastAsia="zh-CN"/>
        </w:rPr>
        <w:t>——</w:t>
      </w:r>
      <w:r>
        <w:rPr>
          <w:rFonts w:cs="微软雅黑" w:hint="eastAsia"/>
          <w:lang w:eastAsia="zh-CN"/>
        </w:rPr>
        <w:t>面向低空经济岗位群设计课程（岗）、以课程支撑技能竞赛（赛）、以竞赛与课堂反哺</w:t>
      </w:r>
      <w:r>
        <w:rPr>
          <w:lang w:eastAsia="zh-CN"/>
        </w:rPr>
        <w:t xml:space="preserve"> CAAC </w:t>
      </w:r>
      <w:r>
        <w:rPr>
          <w:rFonts w:cs="微软雅黑" w:hint="eastAsia"/>
          <w:lang w:eastAsia="zh-CN"/>
        </w:rPr>
        <w:t>执照考证（证）、以项目化成果孵化双创项目（创），五维联动形成从</w:t>
      </w:r>
      <w:r>
        <w:rPr>
          <w:lang w:eastAsia="zh-CN"/>
        </w:rPr>
        <w:t>"</w:t>
      </w:r>
      <w:r>
        <w:rPr>
          <w:rFonts w:cs="微软雅黑" w:hint="eastAsia"/>
          <w:lang w:eastAsia="zh-CN"/>
        </w:rPr>
        <w:t>认识无人机</w:t>
      </w:r>
      <w:r>
        <w:rPr>
          <w:lang w:eastAsia="zh-CN"/>
        </w:rPr>
        <w:t>"</w:t>
      </w:r>
      <w:r>
        <w:rPr>
          <w:rFonts w:cs="微软雅黑" w:hint="eastAsia"/>
          <w:lang w:eastAsia="zh-CN"/>
        </w:rPr>
        <w:t>到</w:t>
      </w:r>
      <w:r>
        <w:rPr>
          <w:lang w:eastAsia="zh-CN"/>
        </w:rPr>
        <w:t>"</w:t>
      </w:r>
      <w:r>
        <w:rPr>
          <w:rFonts w:cs="微软雅黑" w:hint="eastAsia"/>
          <w:lang w:eastAsia="zh-CN"/>
        </w:rPr>
        <w:t>操控无人机</w:t>
      </w:r>
      <w:r>
        <w:rPr>
          <w:lang w:eastAsia="zh-CN"/>
        </w:rPr>
        <w:t>"</w:t>
      </w:r>
      <w:r>
        <w:rPr>
          <w:rFonts w:cs="微软雅黑" w:hint="eastAsia"/>
          <w:lang w:eastAsia="zh-CN"/>
        </w:rPr>
        <w:t>再到</w:t>
      </w:r>
      <w:r>
        <w:rPr>
          <w:lang w:eastAsia="zh-CN"/>
        </w:rPr>
        <w:t>"</w:t>
      </w:r>
      <w:r>
        <w:rPr>
          <w:rFonts w:cs="微软雅黑" w:hint="eastAsia"/>
          <w:lang w:eastAsia="zh-CN"/>
        </w:rPr>
        <w:t>用无人机创业</w:t>
      </w:r>
      <w:r>
        <w:rPr>
          <w:lang w:eastAsia="zh-CN"/>
        </w:rPr>
        <w:t>"</w:t>
      </w:r>
      <w:r>
        <w:rPr>
          <w:rFonts w:cs="微软雅黑" w:hint="eastAsia"/>
          <w:lang w:eastAsia="zh-CN"/>
        </w:rPr>
        <w:t>的完整闭环。</w:t>
      </w:r>
    </w:p>
    <w:p w14:paraId="18A6F66B" w14:textId="77777777" w:rsidR="004A7F88" w:rsidRDefault="00000000">
      <w:r>
        <w:rPr>
          <w:rFonts w:cs="微软雅黑" w:hint="eastAsia"/>
          <w:lang w:eastAsia="zh-CN"/>
        </w:rPr>
        <w:t>具体建设思路如下：</w:t>
      </w:r>
    </w:p>
    <w:p w14:paraId="58482044" w14:textId="77777777" w:rsidR="004A7F88" w:rsidRDefault="00000000">
      <w:pPr>
        <w:pStyle w:val="a"/>
        <w:numPr>
          <w:ilvl w:val="0"/>
          <w:numId w:val="10"/>
        </w:numPr>
        <w:spacing w:after="84"/>
        <w:rPr>
          <w:lang w:eastAsia="zh-CN"/>
        </w:rPr>
      </w:pPr>
      <w:r>
        <w:rPr>
          <w:rFonts w:cs="微软雅黑" w:hint="eastAsia"/>
          <w:b/>
          <w:lang w:eastAsia="zh-CN"/>
        </w:rPr>
        <w:t>岗位导向，对接区域产业</w:t>
      </w:r>
      <w:r>
        <w:rPr>
          <w:rFonts w:cs="微软雅黑" w:hint="eastAsia"/>
          <w:lang w:eastAsia="zh-CN"/>
        </w:rPr>
        <w:t>：课程内容对接常州及周边低空经济企业的飞手、装调、行业应用（巡检</w:t>
      </w:r>
      <w:r>
        <w:rPr>
          <w:lang w:eastAsia="zh-CN"/>
        </w:rPr>
        <w:t>/</w:t>
      </w:r>
      <w:r>
        <w:rPr>
          <w:rFonts w:cs="微软雅黑" w:hint="eastAsia"/>
          <w:lang w:eastAsia="zh-CN"/>
        </w:rPr>
        <w:t>测绘</w:t>
      </w:r>
      <w:r>
        <w:rPr>
          <w:lang w:eastAsia="zh-CN"/>
        </w:rPr>
        <w:t>/</w:t>
      </w:r>
      <w:r>
        <w:rPr>
          <w:rFonts w:cs="微软雅黑" w:hint="eastAsia"/>
          <w:lang w:eastAsia="zh-CN"/>
        </w:rPr>
        <w:t>航拍）等岗位能力要求，按岗位能力图谱倒推教学项目设计。</w:t>
      </w:r>
    </w:p>
    <w:p w14:paraId="620AAFC9" w14:textId="77777777" w:rsidR="004A7F88" w:rsidRDefault="00000000">
      <w:pPr>
        <w:pStyle w:val="a"/>
        <w:numPr>
          <w:ilvl w:val="0"/>
          <w:numId w:val="10"/>
        </w:numPr>
        <w:spacing w:after="84"/>
        <w:rPr>
          <w:lang w:eastAsia="zh-CN"/>
        </w:rPr>
      </w:pPr>
      <w:r>
        <w:rPr>
          <w:rFonts w:cs="微软雅黑" w:hint="eastAsia"/>
          <w:b/>
          <w:lang w:eastAsia="zh-CN"/>
        </w:rPr>
        <w:lastRenderedPageBreak/>
        <w:t>模块分区，理实一体（L1→L2→L3）</w:t>
      </w:r>
      <w:r>
        <w:rPr>
          <w:rFonts w:cs="微软雅黑" w:hint="eastAsia"/>
          <w:lang w:eastAsia="zh-CN"/>
        </w:rPr>
        <w:t>：室内按</w:t>
      </w:r>
      <w:r>
        <w:rPr>
          <w:lang w:eastAsia="zh-CN"/>
        </w:rPr>
        <w:t>"</w:t>
      </w:r>
      <w:r>
        <w:rPr>
          <w:rFonts w:cs="微软雅黑" w:hint="eastAsia"/>
          <w:lang w:eastAsia="zh-CN"/>
        </w:rPr>
        <w:t>理论认知（</w:t>
      </w:r>
      <w:r>
        <w:rPr>
          <w:lang w:eastAsia="zh-CN"/>
        </w:rPr>
        <w:t>L1</w:t>
      </w:r>
      <w:r>
        <w:rPr>
          <w:rFonts w:cs="微软雅黑" w:hint="eastAsia"/>
          <w:lang w:eastAsia="zh-CN"/>
        </w:rPr>
        <w:t>）</w:t>
      </w:r>
      <w:r>
        <w:rPr>
          <w:lang w:eastAsia="zh-CN"/>
        </w:rPr>
        <w:t>→</w:t>
      </w:r>
      <w:r>
        <w:rPr>
          <w:rFonts w:cs="微软雅黑" w:hint="eastAsia"/>
          <w:lang w:eastAsia="zh-CN"/>
        </w:rPr>
        <w:t>模拟训练（</w:t>
      </w:r>
      <w:r>
        <w:rPr>
          <w:lang w:eastAsia="zh-CN"/>
        </w:rPr>
        <w:t>L2</w:t>
      </w:r>
      <w:r>
        <w:rPr>
          <w:rFonts w:cs="微软雅黑" w:hint="eastAsia"/>
          <w:lang w:eastAsia="zh-CN"/>
        </w:rPr>
        <w:t>）</w:t>
      </w:r>
      <w:r>
        <w:rPr>
          <w:lang w:eastAsia="zh-CN"/>
        </w:rPr>
        <w:t>→</w:t>
      </w:r>
      <w:r>
        <w:rPr>
          <w:rFonts w:cs="微软雅黑" w:hint="eastAsia"/>
          <w:lang w:eastAsia="zh-CN"/>
        </w:rPr>
        <w:t>实操验证（</w:t>
      </w:r>
      <w:r>
        <w:rPr>
          <w:lang w:eastAsia="zh-CN"/>
        </w:rPr>
        <w:t>L3</w:t>
      </w:r>
      <w:r>
        <w:rPr>
          <w:rFonts w:cs="微软雅黑" w:hint="eastAsia"/>
          <w:lang w:eastAsia="zh-CN"/>
        </w:rPr>
        <w:t>）</w:t>
      </w:r>
      <w:r>
        <w:rPr>
          <w:lang w:eastAsia="zh-CN"/>
        </w:rPr>
        <w:t>"</w:t>
      </w:r>
      <w:r>
        <w:rPr>
          <w:rFonts w:cs="微软雅黑" w:hint="eastAsia"/>
          <w:lang w:eastAsia="zh-CN"/>
        </w:rPr>
        <w:t>递进逻辑划分三个功能区，室外操场承担真机飞行验证，实现</w:t>
      </w:r>
      <w:r>
        <w:rPr>
          <w:lang w:eastAsia="zh-CN"/>
        </w:rPr>
        <w:t>"</w:t>
      </w:r>
      <w:r>
        <w:rPr>
          <w:rFonts w:cs="微软雅黑" w:hint="eastAsia"/>
          <w:lang w:eastAsia="zh-CN"/>
        </w:rPr>
        <w:t>先模拟、后真机、再应用</w:t>
      </w:r>
      <w:r>
        <w:rPr>
          <w:lang w:eastAsia="zh-CN"/>
        </w:rPr>
        <w:t>"</w:t>
      </w:r>
      <w:r>
        <w:rPr>
          <w:rFonts w:cs="微软雅黑" w:hint="eastAsia"/>
          <w:lang w:eastAsia="zh-CN"/>
        </w:rPr>
        <w:t>的安全进阶路径。</w:t>
      </w:r>
    </w:p>
    <w:p w14:paraId="4F069F1D" w14:textId="77777777" w:rsidR="004A7F88" w:rsidRDefault="00000000">
      <w:pPr>
        <w:pStyle w:val="a"/>
        <w:numPr>
          <w:ilvl w:val="0"/>
          <w:numId w:val="10"/>
        </w:numPr>
        <w:spacing w:after="84"/>
        <w:rPr>
          <w:lang w:eastAsia="zh-CN"/>
        </w:rPr>
      </w:pPr>
      <w:r>
        <w:rPr>
          <w:rFonts w:cs="微软雅黑" w:hint="eastAsia"/>
          <w:b/>
          <w:lang w:eastAsia="zh-CN"/>
        </w:rPr>
        <w:t>课证融通，锚定 CAAC 执照</w:t>
      </w:r>
      <w:r>
        <w:rPr>
          <w:rFonts w:cs="微软雅黑" w:hint="eastAsia"/>
          <w:lang w:eastAsia="zh-CN"/>
        </w:rPr>
        <w:t>：将</w:t>
      </w:r>
      <w:r>
        <w:rPr>
          <w:lang w:eastAsia="zh-CN"/>
        </w:rPr>
        <w:t xml:space="preserve"> CAAC </w:t>
      </w:r>
      <w:r>
        <w:rPr>
          <w:rFonts w:cs="微软雅黑" w:hint="eastAsia"/>
          <w:lang w:eastAsia="zh-CN"/>
        </w:rPr>
        <w:t>民用无人驾驶航空器操控员执照理论考试与实操考试标准嵌入课程体系，设置专门备考模块，实现</w:t>
      </w:r>
      <w:r>
        <w:rPr>
          <w:lang w:eastAsia="zh-CN"/>
        </w:rPr>
        <w:t>"</w:t>
      </w:r>
      <w:r>
        <w:rPr>
          <w:rFonts w:cs="微软雅黑" w:hint="eastAsia"/>
          <w:lang w:eastAsia="zh-CN"/>
        </w:rPr>
        <w:t>课程结束即达到报考条件</w:t>
      </w:r>
      <w:r>
        <w:rPr>
          <w:lang w:eastAsia="zh-CN"/>
        </w:rPr>
        <w:t>"</w:t>
      </w:r>
      <w:r>
        <w:rPr>
          <w:rFonts w:cs="微软雅黑" w:hint="eastAsia"/>
          <w:lang w:eastAsia="zh-CN"/>
        </w:rPr>
        <w:t>。</w:t>
      </w:r>
    </w:p>
    <w:p w14:paraId="4C13075B" w14:textId="77777777" w:rsidR="004A7F88" w:rsidRDefault="00000000">
      <w:pPr>
        <w:pStyle w:val="a"/>
        <w:numPr>
          <w:ilvl w:val="0"/>
          <w:numId w:val="10"/>
        </w:numPr>
        <w:spacing w:after="84"/>
        <w:rPr>
          <w:lang w:eastAsia="zh-CN"/>
        </w:rPr>
      </w:pPr>
      <w:r>
        <w:rPr>
          <w:rFonts w:cs="微软雅黑" w:hint="eastAsia"/>
          <w:b/>
          <w:lang w:eastAsia="zh-CN"/>
        </w:rPr>
        <w:t>校企共建，破解师资瓶颈</w:t>
      </w:r>
      <w:r>
        <w:rPr>
          <w:rFonts w:cs="微软雅黑" w:hint="eastAsia"/>
          <w:lang w:eastAsia="zh-CN"/>
        </w:rPr>
        <w:t>：联合本地无人机企业与持证培训机构，引入企业工程师驻校带教，同步实施校内教师取证与双师培养计划，双轨并补师资短板。</w:t>
      </w:r>
    </w:p>
    <w:p w14:paraId="110E1683" w14:textId="77777777" w:rsidR="004A7F88" w:rsidRDefault="00000000">
      <w:pPr>
        <w:pStyle w:val="a"/>
        <w:numPr>
          <w:ilvl w:val="0"/>
          <w:numId w:val="10"/>
        </w:numPr>
        <w:spacing w:after="84"/>
        <w:rPr>
          <w:lang w:eastAsia="zh-CN"/>
        </w:rPr>
      </w:pPr>
      <w:r>
        <w:rPr>
          <w:rFonts w:cs="微软雅黑" w:hint="eastAsia"/>
          <w:b/>
          <w:lang w:eastAsia="zh-CN"/>
        </w:rPr>
        <w:t>双创贯穿，赛创融合</w:t>
      </w:r>
      <w:r>
        <w:rPr>
          <w:rFonts w:cs="微软雅黑" w:hint="eastAsia"/>
          <w:lang w:eastAsia="zh-CN"/>
        </w:rPr>
        <w:t>：以孵化角为载体，承接中国国际大学生创新大赛、</w:t>
      </w:r>
      <w:r>
        <w:rPr>
          <w:lang w:eastAsia="zh-CN"/>
        </w:rPr>
        <w:t>"</w:t>
      </w:r>
      <w:r>
        <w:rPr>
          <w:rFonts w:cs="微软雅黑" w:hint="eastAsia"/>
          <w:lang w:eastAsia="zh-CN"/>
        </w:rPr>
        <w:t>挑战杯</w:t>
      </w:r>
      <w:r>
        <w:rPr>
          <w:lang w:eastAsia="zh-CN"/>
        </w:rPr>
        <w:t>"</w:t>
      </w:r>
      <w:r>
        <w:rPr>
          <w:rFonts w:cs="微软雅黑" w:hint="eastAsia"/>
          <w:lang w:eastAsia="zh-CN"/>
        </w:rPr>
        <w:t>等赛事的无人机赛道项目培育，推动实训成果向双创项目、大创项目转化。</w:t>
      </w:r>
    </w:p>
    <w:p w14:paraId="64825B02" w14:textId="77777777" w:rsidR="004A7F88" w:rsidRDefault="00000000">
      <w:pPr>
        <w:rPr>
          <w:lang w:eastAsia="zh-CN"/>
        </w:rPr>
      </w:pPr>
      <w:r>
        <w:rPr>
          <w:rFonts w:cs="微软雅黑" w:hint="eastAsia"/>
          <w:lang w:eastAsia="zh-CN"/>
        </w:rPr>
        <w:t>设备配置原则：</w:t>
      </w:r>
      <w:r>
        <w:rPr>
          <w:rFonts w:cs="微软雅黑" w:hint="eastAsia"/>
          <w:b/>
          <w:lang w:eastAsia="zh-CN"/>
        </w:rPr>
        <w:t>"教学实用、技术先进、适度超前"</w:t>
      </w:r>
      <w:r>
        <w:rPr>
          <w:rFonts w:cs="微软雅黑" w:hint="eastAsia"/>
          <w:lang w:eastAsia="zh-CN"/>
        </w:rPr>
        <w:t>。</w:t>
      </w:r>
    </w:p>
    <w:p w14:paraId="77EA3723" w14:textId="77777777" w:rsidR="004A7F88" w:rsidRDefault="00000000">
      <w:pPr>
        <w:pStyle w:val="21"/>
        <w:rPr>
          <w:lang w:eastAsia="zh-CN"/>
        </w:rPr>
      </w:pPr>
      <w:bookmarkStart w:id="2" w:name="section-3"/>
      <w:bookmarkEnd w:id="2"/>
      <w:r>
        <w:rPr>
          <w:rFonts w:cs="微软雅黑" w:hint="eastAsia"/>
          <w:lang w:eastAsia="zh-CN"/>
        </w:rPr>
        <w:t>三、建设内容与功能布局</w:t>
      </w:r>
    </w:p>
    <w:p w14:paraId="6F522AA1" w14:textId="77777777" w:rsidR="004A7F88" w:rsidRDefault="00000000">
      <w:pPr>
        <w:rPr>
          <w:lang w:eastAsia="zh-CN"/>
        </w:rPr>
      </w:pPr>
      <w:r>
        <w:rPr>
          <w:rFonts w:cs="微软雅黑" w:hint="eastAsia"/>
          <w:lang w:eastAsia="zh-CN"/>
        </w:rPr>
        <w:t>本基地室内总面积约</w:t>
      </w:r>
      <w:r>
        <w:rPr>
          <w:lang w:eastAsia="zh-CN"/>
        </w:rPr>
        <w:t xml:space="preserve"> 150㎡</w:t>
      </w:r>
      <w:r>
        <w:rPr>
          <w:rFonts w:cs="微软雅黑" w:hint="eastAsia"/>
          <w:lang w:eastAsia="zh-CN"/>
        </w:rPr>
        <w:t>（</w:t>
      </w:r>
      <w:r>
        <w:rPr>
          <w:lang w:eastAsia="zh-CN"/>
        </w:rPr>
        <w:t xml:space="preserve">2 </w:t>
      </w:r>
      <w:r>
        <w:rPr>
          <w:rFonts w:cs="微软雅黑" w:hint="eastAsia"/>
          <w:lang w:eastAsia="zh-CN"/>
        </w:rPr>
        <w:t>间标准教室），室外协调学校现有操场划设飞行训练场（不占室内面积，空域使用待校方确认）。</w:t>
      </w:r>
    </w:p>
    <w:p w14:paraId="3E3A5880" w14:textId="77777777" w:rsidR="004A7F88" w:rsidRDefault="00000000">
      <w:pPr>
        <w:pStyle w:val="31"/>
      </w:pPr>
      <w:r>
        <w:rPr>
          <w:rFonts w:cs="微软雅黑" w:hint="eastAsia"/>
          <w:lang w:eastAsia="zh-CN"/>
        </w:rPr>
        <w:t>（一）功能分区规划表</w:t>
      </w:r>
    </w:p>
    <w:tbl>
      <w:tblPr>
        <w:tblW w:w="5000" w:type="pct"/>
        <w:tblLook w:val="04A0" w:firstRow="1" w:lastRow="0" w:firstColumn="1" w:lastColumn="0" w:noHBand="0" w:noVBand="1"/>
      </w:tblPr>
      <w:tblGrid>
        <w:gridCol w:w="2284"/>
        <w:gridCol w:w="2284"/>
        <w:gridCol w:w="2285"/>
        <w:gridCol w:w="2285"/>
      </w:tblGrid>
      <w:tr w:rsidR="004A7F88" w14:paraId="6F7E9AF5" w14:textId="77777777">
        <w:tc>
          <w:tcPr>
            <w:tcW w:w="216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F6203A2" w14:textId="77777777" w:rsidR="004A7F88" w:rsidRDefault="00000000">
            <w:pPr>
              <w:spacing w:before="45" w:after="45" w:line="240" w:lineRule="auto"/>
              <w:jc w:val="left"/>
            </w:pPr>
            <w:r>
              <w:rPr>
                <w:b/>
                <w:color w:val="1A237E"/>
                <w:sz w:val="18"/>
              </w:rPr>
              <w:t>分区</w:t>
            </w:r>
          </w:p>
        </w:tc>
        <w:tc>
          <w:tcPr>
            <w:tcW w:w="216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4E325596" w14:textId="77777777" w:rsidR="004A7F88" w:rsidRDefault="00000000">
            <w:pPr>
              <w:spacing w:before="45" w:after="45" w:line="240" w:lineRule="auto"/>
              <w:jc w:val="left"/>
            </w:pPr>
            <w:r>
              <w:rPr>
                <w:b/>
                <w:color w:val="1A237E"/>
                <w:sz w:val="18"/>
              </w:rPr>
              <w:t>别名</w:t>
            </w:r>
          </w:p>
        </w:tc>
        <w:tc>
          <w:tcPr>
            <w:tcW w:w="216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C0A3F5E" w14:textId="77777777" w:rsidR="004A7F88" w:rsidRDefault="00000000">
            <w:pPr>
              <w:spacing w:before="45" w:after="45" w:line="240" w:lineRule="auto"/>
              <w:jc w:val="left"/>
            </w:pPr>
            <w:r>
              <w:rPr>
                <w:b/>
                <w:color w:val="1A237E"/>
                <w:sz w:val="18"/>
              </w:rPr>
              <w:t>面积</w:t>
            </w:r>
          </w:p>
        </w:tc>
        <w:tc>
          <w:tcPr>
            <w:tcW w:w="216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02DFE39" w14:textId="77777777" w:rsidR="004A7F88" w:rsidRDefault="00000000">
            <w:pPr>
              <w:spacing w:before="45" w:after="45" w:line="240" w:lineRule="auto"/>
              <w:jc w:val="left"/>
            </w:pPr>
            <w:r>
              <w:rPr>
                <w:b/>
                <w:color w:val="1A237E"/>
                <w:sz w:val="18"/>
              </w:rPr>
              <w:t>定位</w:t>
            </w:r>
          </w:p>
        </w:tc>
      </w:tr>
      <w:tr w:rsidR="004A7F88" w14:paraId="4588EC8E" w14:textId="77777777">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70BA96E" w14:textId="77777777" w:rsidR="004A7F88" w:rsidRDefault="00000000">
            <w:pPr>
              <w:spacing w:before="45" w:after="45" w:line="240" w:lineRule="auto"/>
              <w:jc w:val="left"/>
              <w:rPr>
                <w:lang w:eastAsia="zh-CN"/>
              </w:rPr>
            </w:pPr>
            <w:r>
              <w:rPr>
                <w:sz w:val="18"/>
                <w:lang w:eastAsia="zh-CN"/>
              </w:rPr>
              <w:t>分区 1  装调与创新实训区</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56FC7B0" w14:textId="77777777" w:rsidR="004A7F88" w:rsidRDefault="00000000">
            <w:pPr>
              <w:spacing w:before="45" w:after="45" w:line="240" w:lineRule="auto"/>
              <w:jc w:val="left"/>
            </w:pPr>
            <w:r>
              <w:rPr>
                <w:sz w:val="18"/>
              </w:rPr>
              <w:t>" 无人机医院 "</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C4C85E6" w14:textId="77777777" w:rsidR="004A7F88" w:rsidRDefault="00000000">
            <w:pPr>
              <w:spacing w:before="45" w:after="45" w:line="240" w:lineRule="auto"/>
              <w:jc w:val="left"/>
            </w:pPr>
            <w:r>
              <w:rPr>
                <w:sz w:val="18"/>
              </w:rPr>
              <w:t>约 50㎡</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EB9B606" w14:textId="77777777" w:rsidR="004A7F88" w:rsidRDefault="00000000">
            <w:pPr>
              <w:spacing w:before="45" w:after="45" w:line="240" w:lineRule="auto"/>
              <w:jc w:val="left"/>
              <w:rPr>
                <w:lang w:eastAsia="zh-CN"/>
              </w:rPr>
            </w:pPr>
            <w:r>
              <w:rPr>
                <w:sz w:val="18"/>
                <w:lang w:eastAsia="zh-CN"/>
              </w:rPr>
              <w:t>无人机结构认知、装调维修与创新改装的教学工坊</w:t>
            </w:r>
          </w:p>
        </w:tc>
      </w:tr>
      <w:tr w:rsidR="004A7F88" w14:paraId="4A01DF7C" w14:textId="77777777">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0E7DE66" w14:textId="77777777" w:rsidR="004A7F88" w:rsidRDefault="00000000">
            <w:pPr>
              <w:spacing w:before="45" w:after="45" w:line="240" w:lineRule="auto"/>
              <w:jc w:val="left"/>
              <w:rPr>
                <w:lang w:eastAsia="zh-CN"/>
              </w:rPr>
            </w:pPr>
            <w:r>
              <w:rPr>
                <w:sz w:val="18"/>
                <w:lang w:eastAsia="zh-CN"/>
              </w:rPr>
              <w:t>分区 2  模拟飞行与 CAAC 考证实训区</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A4BCE97" w14:textId="77777777" w:rsidR="004A7F88" w:rsidRDefault="00000000">
            <w:pPr>
              <w:spacing w:before="45" w:after="45" w:line="240" w:lineRule="auto"/>
              <w:jc w:val="left"/>
            </w:pPr>
            <w:r>
              <w:rPr>
                <w:sz w:val="18"/>
              </w:rPr>
              <w:t>" 零风险飞行驾校 "</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9414109" w14:textId="77777777" w:rsidR="004A7F88" w:rsidRDefault="00000000">
            <w:pPr>
              <w:spacing w:before="45" w:after="45" w:line="240" w:lineRule="auto"/>
              <w:jc w:val="left"/>
            </w:pPr>
            <w:r>
              <w:rPr>
                <w:sz w:val="18"/>
              </w:rPr>
              <w:t>约 60㎡</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768C95E" w14:textId="77777777" w:rsidR="004A7F88" w:rsidRDefault="00000000">
            <w:pPr>
              <w:spacing w:before="45" w:after="45" w:line="240" w:lineRule="auto"/>
              <w:jc w:val="left"/>
              <w:rPr>
                <w:lang w:eastAsia="zh-CN"/>
              </w:rPr>
            </w:pPr>
            <w:r>
              <w:rPr>
                <w:sz w:val="18"/>
                <w:lang w:eastAsia="zh-CN"/>
              </w:rPr>
              <w:t>CAAC  执照理论与模拟飞行的标准化考场式教学区</w:t>
            </w:r>
          </w:p>
        </w:tc>
      </w:tr>
      <w:tr w:rsidR="004A7F88" w14:paraId="67696CF3" w14:textId="77777777">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4E764B3" w14:textId="77777777" w:rsidR="004A7F88" w:rsidRDefault="00000000">
            <w:pPr>
              <w:spacing w:before="45" w:after="45" w:line="240" w:lineRule="auto"/>
              <w:jc w:val="left"/>
              <w:rPr>
                <w:lang w:eastAsia="zh-CN"/>
              </w:rPr>
            </w:pPr>
            <w:r>
              <w:rPr>
                <w:sz w:val="18"/>
                <w:lang w:eastAsia="zh-CN"/>
              </w:rPr>
              <w:t>分区 3  展示体验与双创孵化角</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C0EF9E5" w14:textId="77777777" w:rsidR="004A7F88" w:rsidRDefault="00000000">
            <w:pPr>
              <w:spacing w:before="45" w:after="45" w:line="240" w:lineRule="auto"/>
              <w:jc w:val="left"/>
            </w:pPr>
            <w:r>
              <w:rPr>
                <w:sz w:val="18"/>
              </w:rPr>
              <w:t>" 飞行梦想孵化器 "</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595C258" w14:textId="77777777" w:rsidR="004A7F88" w:rsidRDefault="00000000">
            <w:pPr>
              <w:spacing w:before="45" w:after="45" w:line="240" w:lineRule="auto"/>
              <w:jc w:val="left"/>
            </w:pPr>
            <w:r>
              <w:rPr>
                <w:sz w:val="18"/>
              </w:rPr>
              <w:t>约 15㎡</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D4DA96C" w14:textId="77777777" w:rsidR="004A7F88" w:rsidRDefault="00000000">
            <w:pPr>
              <w:spacing w:before="45" w:after="45" w:line="240" w:lineRule="auto"/>
              <w:jc w:val="left"/>
              <w:rPr>
                <w:lang w:eastAsia="zh-CN"/>
              </w:rPr>
            </w:pPr>
            <w:r>
              <w:rPr>
                <w:sz w:val="18"/>
                <w:lang w:eastAsia="zh-CN"/>
              </w:rPr>
              <w:t>无人机成果展示、科普体验与双创项目孵化微空间</w:t>
            </w:r>
          </w:p>
        </w:tc>
      </w:tr>
      <w:tr w:rsidR="004A7F88" w14:paraId="6CB8E4FF" w14:textId="77777777">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2858283" w14:textId="77777777" w:rsidR="004A7F88" w:rsidRDefault="00000000">
            <w:pPr>
              <w:spacing w:before="45" w:after="45" w:line="240" w:lineRule="auto"/>
              <w:jc w:val="left"/>
            </w:pPr>
            <w:r>
              <w:rPr>
                <w:sz w:val="18"/>
              </w:rPr>
              <w:t>分区 4  室外飞行训练场</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6ECCC6E" w14:textId="77777777" w:rsidR="004A7F88" w:rsidRDefault="00000000">
            <w:pPr>
              <w:spacing w:before="45" w:after="45" w:line="240" w:lineRule="auto"/>
              <w:jc w:val="left"/>
            </w:pPr>
            <w:r>
              <w:rPr>
                <w:sz w:val="18"/>
              </w:rPr>
              <w:t>操场划设</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56B86EF" w14:textId="77777777" w:rsidR="004A7F88" w:rsidRDefault="00000000">
            <w:pPr>
              <w:spacing w:before="45" w:after="45" w:line="240" w:lineRule="auto"/>
              <w:jc w:val="left"/>
            </w:pPr>
            <w:r>
              <w:rPr>
                <w:sz w:val="18"/>
              </w:rPr>
              <w:t>不占室内面积</w:t>
            </w:r>
          </w:p>
        </w:tc>
        <w:tc>
          <w:tcPr>
            <w:tcW w:w="216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92432AD" w14:textId="77777777" w:rsidR="004A7F88" w:rsidRDefault="00000000">
            <w:pPr>
              <w:spacing w:before="45" w:after="45" w:line="240" w:lineRule="auto"/>
              <w:jc w:val="left"/>
              <w:rPr>
                <w:lang w:eastAsia="zh-CN"/>
              </w:rPr>
            </w:pPr>
            <w:r>
              <w:rPr>
                <w:sz w:val="18"/>
                <w:lang w:eastAsia="zh-CN"/>
              </w:rPr>
              <w:t>真机实操飞行与考证实操训练的户外练兵场</w:t>
            </w:r>
          </w:p>
        </w:tc>
      </w:tr>
    </w:tbl>
    <w:p w14:paraId="0C35F5CA" w14:textId="77777777" w:rsidR="004A7F88" w:rsidRDefault="00000000">
      <w:pPr>
        <w:pStyle w:val="31"/>
        <w:rPr>
          <w:lang w:eastAsia="zh-CN"/>
        </w:rPr>
      </w:pPr>
      <w:r>
        <w:rPr>
          <w:rFonts w:cs="微软雅黑" w:hint="eastAsia"/>
          <w:lang w:eastAsia="zh-CN"/>
        </w:rPr>
        <w:t>（二）各分区功能与服务对象</w:t>
      </w:r>
    </w:p>
    <w:p w14:paraId="0D22F045" w14:textId="77777777" w:rsidR="004A7F88" w:rsidRDefault="00000000">
      <w:pPr>
        <w:rPr>
          <w:lang w:eastAsia="zh-CN"/>
        </w:rPr>
      </w:pPr>
      <w:r>
        <w:rPr>
          <w:rFonts w:cs="微软雅黑" w:hint="eastAsia"/>
          <w:b/>
          <w:lang w:eastAsia="zh-CN"/>
        </w:rPr>
        <w:t>分区1 装调与创新实训区（"无人机医院"，约50㎡）</w:t>
      </w:r>
    </w:p>
    <w:p w14:paraId="10684F27" w14:textId="77777777" w:rsidR="004A7F88" w:rsidRDefault="00000000">
      <w:pPr>
        <w:rPr>
          <w:lang w:eastAsia="zh-CN"/>
        </w:rPr>
      </w:pPr>
      <w:r>
        <w:rPr>
          <w:rFonts w:cs="微软雅黑" w:hint="eastAsia"/>
          <w:lang w:eastAsia="zh-CN"/>
        </w:rPr>
        <w:lastRenderedPageBreak/>
        <w:t>功能：开展多旋翼</w:t>
      </w:r>
      <w:r>
        <w:rPr>
          <w:lang w:eastAsia="zh-CN"/>
        </w:rPr>
        <w:t>/</w:t>
      </w:r>
      <w:r>
        <w:rPr>
          <w:rFonts w:cs="微软雅黑" w:hint="eastAsia"/>
          <w:lang w:eastAsia="zh-CN"/>
        </w:rPr>
        <w:t>固定翼无人机整机组装、焊接与调试教学；支持无人机故障诊断与维修实训；实现任务载荷（云台、相机、喊话器等）安装与改装实践；开展电子电路、飞控系统认知与参数调校教学；支持学生创新改装项目与大学生创新训练项目样机开发；承接双创团队作品制作与竞赛样机打磨。</w:t>
      </w:r>
    </w:p>
    <w:p w14:paraId="0CB1349B" w14:textId="77777777" w:rsidR="004A7F88" w:rsidRDefault="00000000">
      <w:pPr>
        <w:rPr>
          <w:lang w:eastAsia="zh-CN"/>
        </w:rPr>
      </w:pPr>
      <w:r>
        <w:rPr>
          <w:rFonts w:cs="微软雅黑" w:hint="eastAsia"/>
          <w:lang w:eastAsia="zh-CN"/>
        </w:rPr>
        <w:t>服务对象：无人机方向双创课程学生、机械</w:t>
      </w:r>
      <w:r>
        <w:rPr>
          <w:lang w:eastAsia="zh-CN"/>
        </w:rPr>
        <w:t>/</w:t>
      </w:r>
      <w:r>
        <w:rPr>
          <w:rFonts w:cs="微软雅黑" w:hint="eastAsia"/>
          <w:lang w:eastAsia="zh-CN"/>
        </w:rPr>
        <w:t>电子</w:t>
      </w:r>
      <w:r>
        <w:rPr>
          <w:lang w:eastAsia="zh-CN"/>
        </w:rPr>
        <w:t>/</w:t>
      </w:r>
      <w:r>
        <w:rPr>
          <w:rFonts w:cs="微软雅黑" w:hint="eastAsia"/>
          <w:lang w:eastAsia="zh-CN"/>
        </w:rPr>
        <w:t>自动化类相关专业、双创竞赛团队。</w:t>
      </w:r>
    </w:p>
    <w:p w14:paraId="053BE2F2" w14:textId="77777777" w:rsidR="004A7F88" w:rsidRDefault="00000000">
      <w:pPr>
        <w:rPr>
          <w:lang w:eastAsia="zh-CN"/>
        </w:rPr>
      </w:pPr>
      <w:r>
        <w:rPr>
          <w:rFonts w:cs="微软雅黑" w:hint="eastAsia"/>
          <w:b/>
          <w:lang w:eastAsia="zh-CN"/>
        </w:rPr>
        <w:t>分区2 模拟飞行与CAAC考证实训区（"零风险飞行驾校"，约60㎡）</w:t>
      </w:r>
    </w:p>
    <w:p w14:paraId="657E2013" w14:textId="77777777" w:rsidR="004A7F88" w:rsidRDefault="00000000">
      <w:pPr>
        <w:rPr>
          <w:lang w:eastAsia="zh-CN"/>
        </w:rPr>
      </w:pPr>
      <w:r>
        <w:rPr>
          <w:rFonts w:cs="微软雅黑" w:hint="eastAsia"/>
          <w:lang w:eastAsia="zh-CN"/>
        </w:rPr>
        <w:t>功能：开展</w:t>
      </w:r>
      <w:r>
        <w:rPr>
          <w:lang w:eastAsia="zh-CN"/>
        </w:rPr>
        <w:t xml:space="preserve"> CAAC </w:t>
      </w:r>
      <w:r>
        <w:rPr>
          <w:rFonts w:cs="微软雅黑" w:hint="eastAsia"/>
          <w:lang w:eastAsia="zh-CN"/>
        </w:rPr>
        <w:t>执照理论课程教学与理论题库刷题训练；支持模拟飞行软件教学与摇杆操控基础训练，实现</w:t>
      </w:r>
      <w:r>
        <w:rPr>
          <w:lang w:eastAsia="zh-CN"/>
        </w:rPr>
        <w:t>"</w:t>
      </w:r>
      <w:r>
        <w:rPr>
          <w:rFonts w:cs="微软雅黑" w:hint="eastAsia"/>
          <w:lang w:eastAsia="zh-CN"/>
        </w:rPr>
        <w:t>零风险</w:t>
      </w:r>
      <w:r>
        <w:rPr>
          <w:lang w:eastAsia="zh-CN"/>
        </w:rPr>
        <w:t>"</w:t>
      </w:r>
      <w:r>
        <w:rPr>
          <w:rFonts w:cs="微软雅黑" w:hint="eastAsia"/>
          <w:lang w:eastAsia="zh-CN"/>
        </w:rPr>
        <w:t>上手；模拟</w:t>
      </w:r>
      <w:r>
        <w:rPr>
          <w:lang w:eastAsia="zh-CN"/>
        </w:rPr>
        <w:t xml:space="preserve"> CAAC </w:t>
      </w:r>
      <w:r>
        <w:rPr>
          <w:rFonts w:cs="微软雅黑" w:hint="eastAsia"/>
          <w:lang w:eastAsia="zh-CN"/>
        </w:rPr>
        <w:t>理论考场环境，组织全真模拟考试；开展空域法规、飞行安全与气象知识教学；支持外场飞行前的航线规划与任务预演；面向全校开设无人机科普通识课与数字化仿真体验。</w:t>
      </w:r>
    </w:p>
    <w:p w14:paraId="32A161A7" w14:textId="77777777" w:rsidR="004A7F88" w:rsidRDefault="00000000">
      <w:pPr>
        <w:rPr>
          <w:lang w:eastAsia="zh-CN"/>
        </w:rPr>
      </w:pPr>
      <w:r>
        <w:rPr>
          <w:rFonts w:cs="微软雅黑" w:hint="eastAsia"/>
          <w:lang w:eastAsia="zh-CN"/>
        </w:rPr>
        <w:t>服务对象：全校双创选修学生、</w:t>
      </w:r>
      <w:r>
        <w:rPr>
          <w:lang w:eastAsia="zh-CN"/>
        </w:rPr>
        <w:t xml:space="preserve">CAAC </w:t>
      </w:r>
      <w:r>
        <w:rPr>
          <w:rFonts w:cs="微软雅黑" w:hint="eastAsia"/>
          <w:lang w:eastAsia="zh-CN"/>
        </w:rPr>
        <w:t>备考学员、双师培训学员、科普体验对象。</w:t>
      </w:r>
    </w:p>
    <w:p w14:paraId="742C1AF5" w14:textId="77777777" w:rsidR="004A7F88" w:rsidRDefault="00000000">
      <w:pPr>
        <w:rPr>
          <w:lang w:eastAsia="zh-CN"/>
        </w:rPr>
      </w:pPr>
      <w:r>
        <w:rPr>
          <w:rFonts w:cs="微软雅黑" w:hint="eastAsia"/>
          <w:b/>
          <w:lang w:eastAsia="zh-CN"/>
        </w:rPr>
        <w:t>分区3 展示体验与双创孵化角（"飞行梦想孵化器"，约15㎡）</w:t>
      </w:r>
    </w:p>
    <w:p w14:paraId="5B131A4B" w14:textId="77777777" w:rsidR="004A7F88" w:rsidRDefault="00000000">
      <w:pPr>
        <w:rPr>
          <w:lang w:eastAsia="zh-CN"/>
        </w:rPr>
      </w:pPr>
      <w:r>
        <w:rPr>
          <w:rFonts w:cs="微软雅黑" w:hint="eastAsia"/>
          <w:lang w:eastAsia="zh-CN"/>
        </w:rPr>
        <w:t>功能：展示无人机整机、行业应用机型与师生竞赛成果；开展面向中小学生与来访者的低空科普讲解与体验活动；支持双创团队路演、研讨与项目打磨；实现双创项目从创意到立项的孵化辅导；承接招生宣传、校企合作接待与成果转化展示。</w:t>
      </w:r>
    </w:p>
    <w:p w14:paraId="06E4A1AA" w14:textId="77777777" w:rsidR="004A7F88" w:rsidRDefault="00000000">
      <w:pPr>
        <w:rPr>
          <w:lang w:eastAsia="zh-CN"/>
        </w:rPr>
      </w:pPr>
      <w:r>
        <w:rPr>
          <w:rFonts w:cs="微软雅黑" w:hint="eastAsia"/>
          <w:lang w:eastAsia="zh-CN"/>
        </w:rPr>
        <w:t>服务对象：全校师生、中小学研学团队、双创孵化项目团队、来访交流人员。</w:t>
      </w:r>
    </w:p>
    <w:p w14:paraId="0C1AB840" w14:textId="77777777" w:rsidR="004A7F88" w:rsidRDefault="00000000">
      <w:pPr>
        <w:rPr>
          <w:lang w:eastAsia="zh-CN"/>
        </w:rPr>
      </w:pPr>
      <w:r>
        <w:rPr>
          <w:rFonts w:cs="微软雅黑" w:hint="eastAsia"/>
          <w:b/>
          <w:lang w:eastAsia="zh-CN"/>
        </w:rPr>
        <w:t>分区4 室外飞行训练场（操场划设）</w:t>
      </w:r>
    </w:p>
    <w:p w14:paraId="781B1948" w14:textId="77777777" w:rsidR="004A7F88" w:rsidRDefault="00000000">
      <w:pPr>
        <w:rPr>
          <w:lang w:eastAsia="zh-CN"/>
        </w:rPr>
      </w:pPr>
      <w:r>
        <w:rPr>
          <w:rFonts w:cs="微软雅黑" w:hint="eastAsia"/>
          <w:lang w:eastAsia="zh-CN"/>
        </w:rPr>
        <w:t>功能：开展多旋翼无人机真机起降、悬停、航线飞行实操教学；支持</w:t>
      </w:r>
      <w:r>
        <w:rPr>
          <w:lang w:eastAsia="zh-CN"/>
        </w:rPr>
        <w:t xml:space="preserve"> CAAC </w:t>
      </w:r>
      <w:r>
        <w:rPr>
          <w:rFonts w:cs="微软雅黑" w:hint="eastAsia"/>
          <w:lang w:eastAsia="zh-CN"/>
        </w:rPr>
        <w:t>实操考试科目的对标训练（含</w:t>
      </w:r>
      <w:r>
        <w:rPr>
          <w:lang w:eastAsia="zh-CN"/>
        </w:rPr>
        <w:t xml:space="preserve"> 360°</w:t>
      </w:r>
      <w:r>
        <w:rPr>
          <w:rFonts w:cs="微软雅黑" w:hint="eastAsia"/>
          <w:lang w:eastAsia="zh-CN"/>
        </w:rPr>
        <w:t>自旋、水平八字等）；组织编队飞行、竞速与飞行表演类第二课堂活动；开展行业应用场景演练（航拍、巡检模拟航线）；承担飞行安全教育与外场组织管理流程训练（空域使用需校方协调确认并遵守相关飞行管理规定）。</w:t>
      </w:r>
    </w:p>
    <w:p w14:paraId="42A5DB8A" w14:textId="77777777" w:rsidR="004A7F88" w:rsidRDefault="00000000">
      <w:pPr>
        <w:rPr>
          <w:lang w:eastAsia="zh-CN"/>
        </w:rPr>
      </w:pPr>
      <w:r>
        <w:rPr>
          <w:rFonts w:cs="微软雅黑" w:hint="eastAsia"/>
          <w:lang w:eastAsia="zh-CN"/>
        </w:rPr>
        <w:t>服务对象：无人机方向双创课程学生、</w:t>
      </w:r>
      <w:r>
        <w:rPr>
          <w:lang w:eastAsia="zh-CN"/>
        </w:rPr>
        <w:t xml:space="preserve">CAAC </w:t>
      </w:r>
      <w:r>
        <w:rPr>
          <w:rFonts w:cs="微软雅黑" w:hint="eastAsia"/>
          <w:lang w:eastAsia="zh-CN"/>
        </w:rPr>
        <w:t>备考学员、飞行社团、竞赛集训队。</w:t>
      </w:r>
    </w:p>
    <w:p w14:paraId="6FE404B0" w14:textId="77777777" w:rsidR="004A7F88" w:rsidRDefault="00000000">
      <w:pPr>
        <w:pStyle w:val="31"/>
        <w:rPr>
          <w:lang w:eastAsia="zh-CN"/>
        </w:rPr>
      </w:pPr>
      <w:r>
        <w:rPr>
          <w:rFonts w:cs="微软雅黑" w:hint="eastAsia"/>
          <w:lang w:eastAsia="zh-CN"/>
        </w:rPr>
        <w:lastRenderedPageBreak/>
        <w:t>（三）面积分配说明</w:t>
      </w:r>
    </w:p>
    <w:p w14:paraId="1994BFB0" w14:textId="77777777" w:rsidR="004A7F88" w:rsidRDefault="00000000">
      <w:pPr>
        <w:rPr>
          <w:lang w:eastAsia="zh-CN"/>
        </w:rPr>
      </w:pPr>
      <w:r>
        <w:rPr>
          <w:lang w:eastAsia="zh-CN"/>
        </w:rPr>
        <w:t xml:space="preserve">150㎡ </w:t>
      </w:r>
      <w:r>
        <w:rPr>
          <w:rFonts w:cs="微软雅黑" w:hint="eastAsia"/>
          <w:lang w:eastAsia="zh-CN"/>
        </w:rPr>
        <w:t>室内面积按</w:t>
      </w:r>
      <w:r>
        <w:rPr>
          <w:lang w:eastAsia="zh-CN"/>
        </w:rPr>
        <w:t xml:space="preserve"> 1:1.2:0.3 </w:t>
      </w:r>
      <w:r>
        <w:rPr>
          <w:rFonts w:cs="微软雅黑" w:hint="eastAsia"/>
          <w:lang w:eastAsia="zh-CN"/>
        </w:rPr>
        <w:t>比例分配三区（约</w:t>
      </w:r>
      <w:r>
        <w:rPr>
          <w:lang w:eastAsia="zh-CN"/>
        </w:rPr>
        <w:t>50㎡/60㎡/15㎡</w:t>
      </w:r>
      <w:r>
        <w:rPr>
          <w:rFonts w:cs="微软雅黑" w:hint="eastAsia"/>
          <w:lang w:eastAsia="zh-CN"/>
        </w:rPr>
        <w:t>），兼顾</w:t>
      </w:r>
      <w:r>
        <w:rPr>
          <w:lang w:eastAsia="zh-CN"/>
        </w:rPr>
        <w:t>"</w:t>
      </w:r>
      <w:r>
        <w:rPr>
          <w:rFonts w:cs="微软雅黑" w:hint="eastAsia"/>
          <w:lang w:eastAsia="zh-CN"/>
        </w:rPr>
        <w:t>实操工位数优先、考证环境标准化、孵化空间轻量化</w:t>
      </w:r>
      <w:r>
        <w:rPr>
          <w:lang w:eastAsia="zh-CN"/>
        </w:rPr>
        <w:t>"</w:t>
      </w:r>
      <w:r>
        <w:rPr>
          <w:rFonts w:cs="微软雅黑" w:hint="eastAsia"/>
          <w:lang w:eastAsia="zh-CN"/>
        </w:rPr>
        <w:t>的预算约束；室外场地利用现有操场零成本划设。</w:t>
      </w:r>
    </w:p>
    <w:p w14:paraId="7A8A7E34" w14:textId="77777777" w:rsidR="004A7F88" w:rsidRDefault="00000000">
      <w:pPr>
        <w:pStyle w:val="21"/>
        <w:rPr>
          <w:lang w:eastAsia="zh-CN"/>
        </w:rPr>
      </w:pPr>
      <w:bookmarkStart w:id="3" w:name="section-4"/>
      <w:bookmarkEnd w:id="3"/>
      <w:r>
        <w:rPr>
          <w:rFonts w:cs="微软雅黑" w:hint="eastAsia"/>
          <w:lang w:eastAsia="zh-CN"/>
        </w:rPr>
        <w:t>四、具体方案规划（分区详案）</w:t>
      </w:r>
    </w:p>
    <w:p w14:paraId="2E1884BB" w14:textId="77777777" w:rsidR="004A7F88" w:rsidRDefault="00000000">
      <w:pPr>
        <w:pStyle w:val="31"/>
        <w:rPr>
          <w:lang w:eastAsia="zh-CN"/>
        </w:rPr>
      </w:pPr>
      <w:r>
        <w:rPr>
          <w:rFonts w:cs="微软雅黑" w:hint="eastAsia"/>
          <w:lang w:eastAsia="zh-CN"/>
        </w:rPr>
        <w:t>（一）分区1：装调与创新实训区（"无人机医院"）</w:t>
      </w:r>
    </w:p>
    <w:p w14:paraId="7DA8CCE0" w14:textId="77777777" w:rsidR="004A7F88" w:rsidRDefault="00000000">
      <w:pPr>
        <w:spacing w:after="120"/>
        <w:rPr>
          <w:lang w:eastAsia="zh-CN"/>
        </w:rPr>
      </w:pPr>
      <w:r>
        <w:rPr>
          <w:rFonts w:cs="微软雅黑" w:hint="eastAsia"/>
          <w:b/>
          <w:lang w:eastAsia="zh-CN"/>
        </w:rPr>
        <w:t>核心定位</w:t>
      </w:r>
      <w:r>
        <w:rPr>
          <w:rFonts w:cs="微软雅黑" w:hint="eastAsia"/>
          <w:lang w:eastAsia="zh-CN"/>
        </w:rPr>
        <w:t>：无人机结构认知、装调维修与创新改装的教学工坊，面积约</w:t>
      </w:r>
      <w:r>
        <w:rPr>
          <w:lang w:eastAsia="zh-CN"/>
        </w:rPr>
        <w:t xml:space="preserve"> 50㎡</w:t>
      </w:r>
      <w:r>
        <w:rPr>
          <w:rFonts w:cs="微软雅黑" w:hint="eastAsia"/>
          <w:lang w:eastAsia="zh-CN"/>
        </w:rPr>
        <w:t>。开展整机组装、焊接调试、故障诊断维修、任务载荷改装与创新样机开发，服务无人机方向双创课程学生、机械</w:t>
      </w:r>
      <w:r>
        <w:rPr>
          <w:lang w:eastAsia="zh-CN"/>
        </w:rPr>
        <w:t>/</w:t>
      </w:r>
      <w:r>
        <w:rPr>
          <w:rFonts w:cs="微软雅黑" w:hint="eastAsia"/>
          <w:lang w:eastAsia="zh-CN"/>
        </w:rPr>
        <w:t>电子</w:t>
      </w:r>
      <w:r>
        <w:rPr>
          <w:lang w:eastAsia="zh-CN"/>
        </w:rPr>
        <w:t>/</w:t>
      </w:r>
      <w:r>
        <w:rPr>
          <w:rFonts w:cs="微软雅黑" w:hint="eastAsia"/>
          <w:lang w:eastAsia="zh-CN"/>
        </w:rPr>
        <w:t>自动化类相关专业及双创竞赛团队。</w:t>
      </w:r>
    </w:p>
    <w:p w14:paraId="4FC8B080" w14:textId="77777777" w:rsidR="004A7F88" w:rsidRDefault="00000000">
      <w:pPr>
        <w:keepNext/>
        <w:spacing w:before="120" w:after="60"/>
        <w:jc w:val="center"/>
      </w:pPr>
      <w:r>
        <w:rPr>
          <w:noProof/>
        </w:rPr>
        <w:drawing>
          <wp:inline distT="0" distB="0" distL="0" distR="0" wp14:anchorId="3C785D68" wp14:editId="70A439D1">
            <wp:extent cx="4680000" cy="312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4680000" cy="3120000"/>
                    </a:xfrm>
                    <a:prstGeom prst="rect">
                      <a:avLst/>
                    </a:prstGeom>
                  </pic:spPr>
                </pic:pic>
              </a:graphicData>
            </a:graphic>
          </wp:inline>
        </w:drawing>
      </w:r>
    </w:p>
    <w:p w14:paraId="6127F38B" w14:textId="77777777" w:rsidR="004A7F88" w:rsidRDefault="00000000">
      <w:pPr>
        <w:spacing w:after="200"/>
        <w:jc w:val="center"/>
        <w:rPr>
          <w:lang w:eastAsia="zh-CN"/>
        </w:rPr>
      </w:pPr>
      <w:r>
        <w:rPr>
          <w:rFonts w:cs="微软雅黑" w:hint="eastAsia"/>
          <w:lang w:eastAsia="zh-CN"/>
        </w:rPr>
        <w:t>图</w:t>
      </w:r>
      <w:r>
        <w:rPr>
          <w:lang w:eastAsia="zh-CN"/>
        </w:rPr>
        <w:t xml:space="preserve">1 </w:t>
      </w:r>
      <w:r>
        <w:rPr>
          <w:rFonts w:cs="微软雅黑" w:hint="eastAsia"/>
          <w:lang w:eastAsia="zh-CN"/>
        </w:rPr>
        <w:t>装调与创新实训区（</w:t>
      </w:r>
      <w:r>
        <w:rPr>
          <w:lang w:eastAsia="zh-CN"/>
        </w:rPr>
        <w:t>"</w:t>
      </w:r>
      <w:r>
        <w:rPr>
          <w:rFonts w:cs="微软雅黑" w:hint="eastAsia"/>
          <w:lang w:eastAsia="zh-CN"/>
        </w:rPr>
        <w:t>无人机医院</w:t>
      </w:r>
      <w:r>
        <w:rPr>
          <w:lang w:eastAsia="zh-CN"/>
        </w:rPr>
        <w:t>"</w:t>
      </w:r>
      <w:r>
        <w:rPr>
          <w:rFonts w:cs="微软雅黑" w:hint="eastAsia"/>
          <w:lang w:eastAsia="zh-CN"/>
        </w:rPr>
        <w:t>）效果（示意图）</w:t>
      </w:r>
    </w:p>
    <w:p w14:paraId="54B6FB8E" w14:textId="77777777" w:rsidR="004A7F88" w:rsidRDefault="00000000">
      <w:pPr>
        <w:rPr>
          <w:lang w:eastAsia="zh-CN"/>
        </w:rPr>
      </w:pPr>
      <w:r>
        <w:rPr>
          <w:rFonts w:cs="微软雅黑" w:hint="eastAsia"/>
          <w:b/>
          <w:lang w:eastAsia="zh-CN"/>
        </w:rPr>
        <w:t>分区1 设备配置清单（合计 290,900 元）</w:t>
      </w:r>
    </w:p>
    <w:tbl>
      <w:tblPr>
        <w:tblW w:w="5000" w:type="pct"/>
        <w:tblLook w:val="04A0" w:firstRow="1" w:lastRow="0" w:firstColumn="1" w:lastColumn="0" w:noHBand="0" w:noVBand="1"/>
      </w:tblPr>
      <w:tblGrid>
        <w:gridCol w:w="1490"/>
        <w:gridCol w:w="1684"/>
        <w:gridCol w:w="1491"/>
        <w:gridCol w:w="1491"/>
        <w:gridCol w:w="1491"/>
        <w:gridCol w:w="1491"/>
      </w:tblGrid>
      <w:tr w:rsidR="004A7F88" w14:paraId="09BFC7F4" w14:textId="77777777">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ADD4B2F" w14:textId="77777777" w:rsidR="004A7F88" w:rsidRDefault="00000000">
            <w:pPr>
              <w:spacing w:before="45" w:after="45" w:line="240" w:lineRule="auto"/>
              <w:jc w:val="left"/>
            </w:pPr>
            <w:r>
              <w:rPr>
                <w:b/>
                <w:color w:val="1A237E"/>
                <w:sz w:val="18"/>
              </w:rPr>
              <w:t>设备名称</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69A0052" w14:textId="77777777" w:rsidR="004A7F88" w:rsidRDefault="00000000">
            <w:pPr>
              <w:spacing w:before="45" w:after="45" w:line="240" w:lineRule="auto"/>
              <w:jc w:val="left"/>
            </w:pPr>
            <w:r>
              <w:rPr>
                <w:b/>
                <w:color w:val="1A237E"/>
                <w:sz w:val="18"/>
              </w:rPr>
              <w:t>规格参数 / 说明</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D0B371C" w14:textId="77777777" w:rsidR="004A7F88" w:rsidRDefault="00000000">
            <w:pPr>
              <w:spacing w:before="45" w:after="45" w:line="240" w:lineRule="auto"/>
              <w:jc w:val="right"/>
            </w:pPr>
            <w:r>
              <w:rPr>
                <w:b/>
                <w:color w:val="1A237E"/>
                <w:sz w:val="18"/>
              </w:rPr>
              <w:t>单价（元）</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24E0788" w14:textId="77777777" w:rsidR="004A7F88" w:rsidRDefault="00000000">
            <w:pPr>
              <w:spacing w:before="45" w:after="45" w:line="240" w:lineRule="auto"/>
              <w:jc w:val="right"/>
            </w:pPr>
            <w:r>
              <w:rPr>
                <w:b/>
                <w:color w:val="1A237E"/>
                <w:sz w:val="18"/>
              </w:rPr>
              <w:t>数量</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683EEDB" w14:textId="77777777" w:rsidR="004A7F88" w:rsidRDefault="00000000">
            <w:pPr>
              <w:spacing w:before="45" w:after="45" w:line="240" w:lineRule="auto"/>
              <w:jc w:val="right"/>
            </w:pPr>
            <w:r>
              <w:rPr>
                <w:b/>
                <w:color w:val="1A237E"/>
                <w:sz w:val="18"/>
              </w:rPr>
              <w:t>小计（元）</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E6F2A89" w14:textId="77777777" w:rsidR="004A7F88" w:rsidRDefault="00000000">
            <w:pPr>
              <w:spacing w:before="45" w:after="45" w:line="240" w:lineRule="auto"/>
              <w:jc w:val="left"/>
            </w:pPr>
            <w:r>
              <w:rPr>
                <w:b/>
                <w:color w:val="1A237E"/>
                <w:sz w:val="18"/>
              </w:rPr>
              <w:t>配置用途</w:t>
            </w:r>
          </w:p>
        </w:tc>
      </w:tr>
      <w:tr w:rsidR="004A7F88" w14:paraId="07495558"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D668AA0" w14:textId="77777777" w:rsidR="004A7F88" w:rsidRDefault="00000000">
            <w:pPr>
              <w:spacing w:before="45" w:after="45" w:line="240" w:lineRule="auto"/>
              <w:jc w:val="left"/>
            </w:pPr>
            <w:r>
              <w:rPr>
                <w:sz w:val="18"/>
              </w:rPr>
              <w:t>防静电双人工位桌</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1E0CB55" w14:textId="77777777" w:rsidR="004A7F88" w:rsidRDefault="00000000">
            <w:pPr>
              <w:spacing w:before="45" w:after="45" w:line="240" w:lineRule="auto"/>
              <w:jc w:val="left"/>
            </w:pPr>
            <w:r>
              <w:rPr>
                <w:sz w:val="18"/>
              </w:rPr>
              <w:t>定制（ 2.2m×1.2m ，含工具挂板 + 工位照明）</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7E53FFE" w14:textId="77777777" w:rsidR="004A7F88" w:rsidRDefault="00000000">
            <w:pPr>
              <w:spacing w:before="45" w:after="45" w:line="240" w:lineRule="auto"/>
              <w:jc w:val="right"/>
            </w:pPr>
            <w:r>
              <w:rPr>
                <w:sz w:val="18"/>
              </w:rPr>
              <w:t>8,000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0D4AB06"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9B1D50E" w14:textId="77777777" w:rsidR="004A7F88" w:rsidRDefault="00000000">
            <w:pPr>
              <w:spacing w:before="45" w:after="45" w:line="240" w:lineRule="auto"/>
              <w:jc w:val="right"/>
            </w:pPr>
            <w:r>
              <w:rPr>
                <w:sz w:val="18"/>
              </w:rPr>
              <w:t>80,000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64745B0" w14:textId="77777777" w:rsidR="004A7F88" w:rsidRDefault="00000000">
            <w:pPr>
              <w:spacing w:before="45" w:after="45" w:line="240" w:lineRule="auto"/>
              <w:jc w:val="left"/>
              <w:rPr>
                <w:lang w:eastAsia="zh-CN"/>
              </w:rPr>
            </w:pPr>
            <w:r>
              <w:rPr>
                <w:sz w:val="18"/>
                <w:lang w:eastAsia="zh-CN"/>
              </w:rPr>
              <w:t>双人装调工位 ×10 组，防静电台面</w:t>
            </w:r>
          </w:p>
        </w:tc>
      </w:tr>
      <w:tr w:rsidR="004A7F88" w14:paraId="2B28F6E4"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35BD3BB" w14:textId="77777777" w:rsidR="004A7F88" w:rsidRDefault="00000000">
            <w:pPr>
              <w:spacing w:before="45" w:after="45" w:line="240" w:lineRule="auto"/>
              <w:jc w:val="left"/>
            </w:pPr>
            <w:r>
              <w:rPr>
                <w:sz w:val="18"/>
              </w:rPr>
              <w:lastRenderedPageBreak/>
              <w:t>四旋翼散件组装套件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4D680B5" w14:textId="77777777" w:rsidR="004A7F88" w:rsidRDefault="00000000">
            <w:pPr>
              <w:spacing w:before="45" w:after="45" w:line="240" w:lineRule="auto"/>
              <w:jc w:val="left"/>
              <w:rPr>
                <w:lang w:eastAsia="zh-CN"/>
              </w:rPr>
            </w:pPr>
            <w:r>
              <w:rPr>
                <w:sz w:val="18"/>
                <w:lang w:eastAsia="zh-CN"/>
              </w:rPr>
              <w:t>【待选型】 F450 级开源（碳纤机架 + 开源飞控 + 无刷动力 + 遥控）</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4145615" w14:textId="77777777" w:rsidR="004A7F88" w:rsidRDefault="00000000">
            <w:pPr>
              <w:spacing w:before="45" w:after="45" w:line="240" w:lineRule="auto"/>
              <w:jc w:val="right"/>
            </w:pPr>
            <w:r>
              <w:rPr>
                <w:sz w:val="18"/>
              </w:rPr>
              <w:t>2,500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B370B32"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9B52D0C" w14:textId="77777777" w:rsidR="004A7F88" w:rsidRDefault="00000000">
            <w:pPr>
              <w:spacing w:before="45" w:after="45" w:line="240" w:lineRule="auto"/>
              <w:jc w:val="right"/>
            </w:pPr>
            <w:r>
              <w:rPr>
                <w:sz w:val="18"/>
              </w:rPr>
              <w:t>25,000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68DDB76" w14:textId="77777777" w:rsidR="004A7F88" w:rsidRDefault="00000000">
            <w:pPr>
              <w:spacing w:before="45" w:after="45" w:line="240" w:lineRule="auto"/>
              <w:jc w:val="left"/>
              <w:rPr>
                <w:lang w:eastAsia="zh-CN"/>
              </w:rPr>
            </w:pPr>
            <w:r>
              <w:rPr>
                <w:sz w:val="18"/>
                <w:lang w:eastAsia="zh-CN"/>
              </w:rPr>
              <w:t>每组 1 套，开源飞控便于调参与二次开发</w:t>
            </w:r>
          </w:p>
        </w:tc>
      </w:tr>
      <w:tr w:rsidR="004A7F88" w14:paraId="7D4E1DE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D944512" w14:textId="77777777" w:rsidR="004A7F88" w:rsidRDefault="00000000">
            <w:pPr>
              <w:spacing w:before="45" w:after="45" w:line="240" w:lineRule="auto"/>
              <w:jc w:val="left"/>
              <w:rPr>
                <w:lang w:eastAsia="zh-CN"/>
              </w:rPr>
            </w:pPr>
            <w:r>
              <w:rPr>
                <w:sz w:val="18"/>
                <w:lang w:eastAsia="zh-CN"/>
              </w:rPr>
              <w:t>教学维修用多旋翼整机</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C2A9EE1" w14:textId="77777777" w:rsidR="004A7F88" w:rsidRDefault="00000000">
            <w:pPr>
              <w:spacing w:before="45" w:after="45" w:line="240" w:lineRule="auto"/>
              <w:jc w:val="left"/>
              <w:rPr>
                <w:lang w:eastAsia="zh-CN"/>
              </w:rPr>
            </w:pPr>
            <w:r>
              <w:rPr>
                <w:sz w:val="18"/>
                <w:lang w:eastAsia="zh-CN"/>
              </w:rPr>
              <w:t>【待选型】 450/550 级可拆解整机</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A1DE153" w14:textId="77777777" w:rsidR="004A7F88" w:rsidRDefault="00000000">
            <w:pPr>
              <w:spacing w:before="45" w:after="45" w:line="240" w:lineRule="auto"/>
              <w:jc w:val="right"/>
            </w:pPr>
            <w:r>
              <w:rPr>
                <w:sz w:val="18"/>
              </w:rPr>
              <w:t>6,800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75A00D9" w14:textId="77777777" w:rsidR="004A7F88" w:rsidRDefault="00000000">
            <w:pPr>
              <w:spacing w:before="45" w:after="45" w:line="240" w:lineRule="auto"/>
              <w:jc w:val="right"/>
            </w:pPr>
            <w:r>
              <w:rPr>
                <w:sz w:val="18"/>
              </w:rPr>
              <w:t>6</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2DF5A8D" w14:textId="77777777" w:rsidR="004A7F88" w:rsidRDefault="00000000">
            <w:pPr>
              <w:spacing w:before="45" w:after="45" w:line="240" w:lineRule="auto"/>
              <w:jc w:val="right"/>
            </w:pPr>
            <w:r>
              <w:rPr>
                <w:sz w:val="18"/>
              </w:rPr>
              <w:t>40,800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DA1A545" w14:textId="77777777" w:rsidR="004A7F88" w:rsidRDefault="00000000">
            <w:pPr>
              <w:spacing w:before="45" w:after="45" w:line="240" w:lineRule="auto"/>
              <w:jc w:val="left"/>
              <w:rPr>
                <w:lang w:eastAsia="zh-CN"/>
              </w:rPr>
            </w:pPr>
            <w:r>
              <w:rPr>
                <w:sz w:val="18"/>
                <w:lang w:eastAsia="zh-CN"/>
              </w:rPr>
              <w:t>故障诊断 / 维修训练用机， 6 架轮换</w:t>
            </w:r>
          </w:p>
        </w:tc>
      </w:tr>
      <w:tr w:rsidR="004A7F88" w14:paraId="063D6D50"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8DF39CF" w14:textId="77777777" w:rsidR="004A7F88" w:rsidRDefault="00000000">
            <w:pPr>
              <w:spacing w:before="45" w:after="45" w:line="240" w:lineRule="auto"/>
              <w:jc w:val="left"/>
            </w:pPr>
            <w:r>
              <w:rPr>
                <w:sz w:val="18"/>
              </w:rPr>
              <w:t>恒温焊台套装</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6B987E6" w14:textId="77777777" w:rsidR="004A7F88" w:rsidRDefault="00000000">
            <w:pPr>
              <w:spacing w:before="45" w:after="45" w:line="240" w:lineRule="auto"/>
              <w:jc w:val="left"/>
            </w:pPr>
            <w:r>
              <w:rPr>
                <w:sz w:val="18"/>
              </w:rPr>
              <w:t>T12 级（含吸烟管）</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69F6A41" w14:textId="77777777" w:rsidR="004A7F88" w:rsidRDefault="00000000">
            <w:pPr>
              <w:spacing w:before="45" w:after="45" w:line="240" w:lineRule="auto"/>
              <w:jc w:val="right"/>
            </w:pPr>
            <w:r>
              <w:rPr>
                <w:sz w:val="18"/>
              </w:rPr>
              <w:t>850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CBC2870"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9682F06" w14:textId="77777777" w:rsidR="004A7F88" w:rsidRDefault="00000000">
            <w:pPr>
              <w:spacing w:before="45" w:after="45" w:line="240" w:lineRule="auto"/>
              <w:jc w:val="right"/>
            </w:pPr>
            <w:r>
              <w:rPr>
                <w:sz w:val="18"/>
              </w:rPr>
              <w:t>8,500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CE0C6F4" w14:textId="77777777" w:rsidR="004A7F88" w:rsidRDefault="00000000">
            <w:pPr>
              <w:spacing w:before="45" w:after="45" w:line="240" w:lineRule="auto"/>
              <w:jc w:val="left"/>
            </w:pPr>
            <w:r>
              <w:rPr>
                <w:sz w:val="18"/>
              </w:rPr>
              <w:t>每工位 1 套</w:t>
            </w:r>
          </w:p>
        </w:tc>
      </w:tr>
      <w:tr w:rsidR="004A7F88" w14:paraId="39E3CD25"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D975479" w14:textId="77777777" w:rsidR="004A7F88" w:rsidRDefault="00000000">
            <w:pPr>
              <w:spacing w:before="45" w:after="45" w:line="240" w:lineRule="auto"/>
              <w:jc w:val="left"/>
            </w:pPr>
            <w:r>
              <w:rPr>
                <w:sz w:val="18"/>
              </w:rPr>
              <w:t>焊锡烟雾净化器</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190B1ED" w14:textId="77777777" w:rsidR="004A7F88" w:rsidRDefault="00000000">
            <w:pPr>
              <w:spacing w:before="45" w:after="45" w:line="240" w:lineRule="auto"/>
              <w:jc w:val="left"/>
            </w:pPr>
            <w:r>
              <w:rPr>
                <w:sz w:val="18"/>
              </w:rPr>
              <w:t>台式三段过滤</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7069044" w14:textId="77777777" w:rsidR="004A7F88" w:rsidRDefault="00000000">
            <w:pPr>
              <w:spacing w:before="45" w:after="45" w:line="240" w:lineRule="auto"/>
              <w:jc w:val="right"/>
            </w:pPr>
            <w:r>
              <w:rPr>
                <w:sz w:val="18"/>
              </w:rPr>
              <w:t>900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1D938E6"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568B23C" w14:textId="77777777" w:rsidR="004A7F88" w:rsidRDefault="00000000">
            <w:pPr>
              <w:spacing w:before="45" w:after="45" w:line="240" w:lineRule="auto"/>
              <w:jc w:val="right"/>
            </w:pPr>
            <w:r>
              <w:rPr>
                <w:sz w:val="18"/>
              </w:rPr>
              <w:t>9,000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C8A8A2E" w14:textId="77777777" w:rsidR="004A7F88" w:rsidRDefault="00000000">
            <w:pPr>
              <w:spacing w:before="45" w:after="45" w:line="240" w:lineRule="auto"/>
              <w:jc w:val="left"/>
            </w:pPr>
            <w:r>
              <w:rPr>
                <w:sz w:val="18"/>
              </w:rPr>
              <w:t>每工位 1 台，环保达标</w:t>
            </w:r>
          </w:p>
        </w:tc>
      </w:tr>
      <w:tr w:rsidR="004A7F88" w14:paraId="63D5B77F"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341D463" w14:textId="77777777" w:rsidR="004A7F88" w:rsidRDefault="00000000">
            <w:pPr>
              <w:spacing w:before="45" w:after="45" w:line="240" w:lineRule="auto"/>
              <w:jc w:val="left"/>
            </w:pPr>
            <w:r>
              <w:rPr>
                <w:sz w:val="18"/>
              </w:rPr>
              <w:t>数字示波器</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F7DD2E6" w14:textId="77777777" w:rsidR="004A7F88" w:rsidRDefault="00000000">
            <w:pPr>
              <w:spacing w:before="45" w:after="45" w:line="240" w:lineRule="auto"/>
              <w:jc w:val="left"/>
              <w:rPr>
                <w:lang w:eastAsia="zh-CN"/>
              </w:rPr>
            </w:pPr>
            <w:r>
              <w:rPr>
                <w:sz w:val="18"/>
                <w:lang w:eastAsia="zh-CN"/>
              </w:rPr>
              <w:t>【待选型】 100MHz 双通道（鼎阳 SDS1102 级）</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910A1FC" w14:textId="77777777" w:rsidR="004A7F88" w:rsidRDefault="00000000">
            <w:pPr>
              <w:spacing w:before="45" w:after="45" w:line="240" w:lineRule="auto"/>
              <w:jc w:val="right"/>
            </w:pPr>
            <w:r>
              <w:rPr>
                <w:sz w:val="18"/>
              </w:rPr>
              <w:t>2,600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E2337FB" w14:textId="77777777" w:rsidR="004A7F88" w:rsidRDefault="00000000">
            <w:pPr>
              <w:spacing w:before="45" w:after="45" w:line="240" w:lineRule="auto"/>
              <w:jc w:val="right"/>
            </w:pPr>
            <w:r>
              <w:rPr>
                <w:sz w:val="18"/>
              </w:rPr>
              <w:t>5</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827868D" w14:textId="77777777" w:rsidR="004A7F88" w:rsidRDefault="00000000">
            <w:pPr>
              <w:spacing w:before="45" w:after="45" w:line="240" w:lineRule="auto"/>
              <w:jc w:val="right"/>
            </w:pPr>
            <w:r>
              <w:rPr>
                <w:sz w:val="18"/>
              </w:rPr>
              <w:t>13,000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F61BE7D" w14:textId="77777777" w:rsidR="004A7F88" w:rsidRDefault="00000000">
            <w:pPr>
              <w:spacing w:before="45" w:after="45" w:line="240" w:lineRule="auto"/>
              <w:jc w:val="left"/>
            </w:pPr>
            <w:r>
              <w:rPr>
                <w:sz w:val="18"/>
              </w:rPr>
              <w:t>每 2 组 1 台，波形检测</w:t>
            </w:r>
          </w:p>
        </w:tc>
      </w:tr>
      <w:tr w:rsidR="004A7F88" w14:paraId="5F7451AA"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8ED672B" w14:textId="77777777" w:rsidR="004A7F88" w:rsidRDefault="00000000">
            <w:pPr>
              <w:spacing w:before="45" w:after="45" w:line="240" w:lineRule="auto"/>
              <w:jc w:val="left"/>
            </w:pPr>
            <w:r>
              <w:rPr>
                <w:sz w:val="18"/>
              </w:rPr>
              <w:t>直流可调稳压电源</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69BA2E7" w14:textId="77777777" w:rsidR="004A7F88" w:rsidRDefault="00000000">
            <w:pPr>
              <w:spacing w:before="45" w:after="45" w:line="240" w:lineRule="auto"/>
              <w:jc w:val="left"/>
            </w:pPr>
            <w:r>
              <w:rPr>
                <w:sz w:val="18"/>
              </w:rPr>
              <w:t>30V/5A</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BC5604A" w14:textId="77777777" w:rsidR="004A7F88" w:rsidRDefault="00000000">
            <w:pPr>
              <w:spacing w:before="45" w:after="45" w:line="240" w:lineRule="auto"/>
              <w:jc w:val="right"/>
            </w:pPr>
            <w:r>
              <w:rPr>
                <w:sz w:val="18"/>
              </w:rPr>
              <w:t>1,100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E0BF80F"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C3836FC" w14:textId="77777777" w:rsidR="004A7F88" w:rsidRDefault="00000000">
            <w:pPr>
              <w:spacing w:before="45" w:after="45" w:line="240" w:lineRule="auto"/>
              <w:jc w:val="right"/>
            </w:pPr>
            <w:r>
              <w:rPr>
                <w:sz w:val="18"/>
              </w:rPr>
              <w:t>11,000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3A22BB9" w14:textId="77777777" w:rsidR="004A7F88" w:rsidRDefault="00000000">
            <w:pPr>
              <w:spacing w:before="45" w:after="45" w:line="240" w:lineRule="auto"/>
              <w:jc w:val="left"/>
              <w:rPr>
                <w:lang w:eastAsia="zh-CN"/>
              </w:rPr>
            </w:pPr>
            <w:r>
              <w:rPr>
                <w:sz w:val="18"/>
                <w:lang w:eastAsia="zh-CN"/>
              </w:rPr>
              <w:t>地面供电调试，安全可控</w:t>
            </w:r>
          </w:p>
        </w:tc>
      </w:tr>
      <w:tr w:rsidR="004A7F88" w14:paraId="3E59AA6C"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C6DD176" w14:textId="77777777" w:rsidR="004A7F88" w:rsidRDefault="00000000">
            <w:pPr>
              <w:spacing w:before="45" w:after="45" w:line="240" w:lineRule="auto"/>
              <w:jc w:val="left"/>
            </w:pPr>
            <w:r>
              <w:rPr>
                <w:sz w:val="18"/>
              </w:rPr>
              <w:t>数字万用表</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C094227" w14:textId="77777777" w:rsidR="004A7F88" w:rsidRDefault="00000000">
            <w:pPr>
              <w:spacing w:before="45" w:after="45" w:line="240" w:lineRule="auto"/>
              <w:jc w:val="left"/>
            </w:pPr>
            <w:r>
              <w:rPr>
                <w:sz w:val="18"/>
              </w:rPr>
              <w:t>四位半</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A3BCB67" w14:textId="77777777" w:rsidR="004A7F88" w:rsidRDefault="00000000">
            <w:pPr>
              <w:spacing w:before="45" w:after="45" w:line="240" w:lineRule="auto"/>
              <w:jc w:val="right"/>
            </w:pPr>
            <w:r>
              <w:rPr>
                <w:sz w:val="18"/>
              </w:rPr>
              <w:t>350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2F7045D"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96F245F" w14:textId="77777777" w:rsidR="004A7F88" w:rsidRDefault="00000000">
            <w:pPr>
              <w:spacing w:before="45" w:after="45" w:line="240" w:lineRule="auto"/>
              <w:jc w:val="right"/>
            </w:pPr>
            <w:r>
              <w:rPr>
                <w:sz w:val="18"/>
              </w:rPr>
              <w:t>3,500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7D34061" w14:textId="77777777" w:rsidR="004A7F88" w:rsidRDefault="00000000">
            <w:pPr>
              <w:spacing w:before="45" w:after="45" w:line="240" w:lineRule="auto"/>
              <w:jc w:val="left"/>
            </w:pPr>
            <w:r>
              <w:rPr>
                <w:sz w:val="18"/>
              </w:rPr>
              <w:t>电路排查</w:t>
            </w:r>
          </w:p>
        </w:tc>
      </w:tr>
      <w:tr w:rsidR="004A7F88" w14:paraId="1A9DEC83"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0EBBB44" w14:textId="77777777" w:rsidR="004A7F88" w:rsidRDefault="00000000">
            <w:pPr>
              <w:spacing w:before="45" w:after="45" w:line="240" w:lineRule="auto"/>
              <w:jc w:val="left"/>
            </w:pPr>
            <w:r>
              <w:rPr>
                <w:sz w:val="18"/>
              </w:rPr>
              <w:t>锂电池防爆充电柜</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E7BE4DD" w14:textId="77777777" w:rsidR="004A7F88" w:rsidRDefault="00000000">
            <w:pPr>
              <w:spacing w:before="45" w:after="45" w:line="240" w:lineRule="auto"/>
              <w:jc w:val="left"/>
              <w:rPr>
                <w:lang w:eastAsia="zh-CN"/>
              </w:rPr>
            </w:pPr>
            <w:r>
              <w:rPr>
                <w:sz w:val="18"/>
                <w:lang w:eastAsia="zh-CN"/>
              </w:rPr>
              <w:t>定制（钢制，带排烟 + 断电保护）</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207BEDD" w14:textId="77777777" w:rsidR="004A7F88" w:rsidRDefault="00000000">
            <w:pPr>
              <w:spacing w:before="45" w:after="45" w:line="240" w:lineRule="auto"/>
              <w:jc w:val="right"/>
            </w:pPr>
            <w:r>
              <w:rPr>
                <w:sz w:val="18"/>
              </w:rPr>
              <w:t>12,000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E31F02F" w14:textId="77777777" w:rsidR="004A7F88" w:rsidRDefault="00000000">
            <w:pPr>
              <w:spacing w:before="45" w:after="45" w:line="240" w:lineRule="auto"/>
              <w:jc w:val="right"/>
            </w:pPr>
            <w:r>
              <w:rPr>
                <w:sz w:val="18"/>
              </w:rPr>
              <w:t>2</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CD83B5B" w14:textId="77777777" w:rsidR="004A7F88" w:rsidRDefault="00000000">
            <w:pPr>
              <w:spacing w:before="45" w:after="45" w:line="240" w:lineRule="auto"/>
              <w:jc w:val="right"/>
            </w:pPr>
            <w:r>
              <w:rPr>
                <w:sz w:val="18"/>
              </w:rPr>
              <w:t>24,000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E69C455" w14:textId="77777777" w:rsidR="004A7F88" w:rsidRDefault="00000000">
            <w:pPr>
              <w:spacing w:before="45" w:after="45" w:line="240" w:lineRule="auto"/>
              <w:jc w:val="left"/>
              <w:rPr>
                <w:lang w:eastAsia="zh-CN"/>
              </w:rPr>
            </w:pPr>
            <w:r>
              <w:rPr>
                <w:sz w:val="18"/>
                <w:lang w:eastAsia="zh-CN"/>
              </w:rPr>
              <w:t>锂电集中充电存储，消防安全核心设施</w:t>
            </w:r>
          </w:p>
        </w:tc>
      </w:tr>
      <w:tr w:rsidR="004A7F88" w14:paraId="4B111AC4"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7872C31" w14:textId="77777777" w:rsidR="004A7F88" w:rsidRDefault="00000000">
            <w:pPr>
              <w:spacing w:before="45" w:after="45" w:line="240" w:lineRule="auto"/>
              <w:jc w:val="left"/>
            </w:pPr>
            <w:r>
              <w:rPr>
                <w:sz w:val="18"/>
              </w:rPr>
              <w:t>多路智能充电器</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7B71C08" w14:textId="77777777" w:rsidR="004A7F88" w:rsidRDefault="00000000">
            <w:pPr>
              <w:spacing w:before="45" w:after="45" w:line="240" w:lineRule="auto"/>
              <w:jc w:val="left"/>
              <w:rPr>
                <w:lang w:eastAsia="zh-CN"/>
              </w:rPr>
            </w:pPr>
            <w:r>
              <w:rPr>
                <w:sz w:val="18"/>
                <w:lang w:eastAsia="zh-CN"/>
              </w:rPr>
              <w:t>双通道大功率（含平衡充）</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6BB3CA5" w14:textId="77777777" w:rsidR="004A7F88" w:rsidRDefault="00000000">
            <w:pPr>
              <w:spacing w:before="45" w:after="45" w:line="240" w:lineRule="auto"/>
              <w:jc w:val="right"/>
            </w:pPr>
            <w:r>
              <w:rPr>
                <w:sz w:val="18"/>
              </w:rPr>
              <w:t>3,000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8124255" w14:textId="77777777" w:rsidR="004A7F88" w:rsidRDefault="00000000">
            <w:pPr>
              <w:spacing w:before="45" w:after="45" w:line="240" w:lineRule="auto"/>
              <w:jc w:val="right"/>
            </w:pPr>
            <w:r>
              <w:rPr>
                <w:sz w:val="18"/>
              </w:rPr>
              <w:t>3</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F87A027" w14:textId="77777777" w:rsidR="004A7F88" w:rsidRDefault="00000000">
            <w:pPr>
              <w:spacing w:before="45" w:after="45" w:line="240" w:lineRule="auto"/>
              <w:jc w:val="right"/>
            </w:pPr>
            <w:r>
              <w:rPr>
                <w:sz w:val="18"/>
              </w:rPr>
              <w:t>9,000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117D9F3" w14:textId="77777777" w:rsidR="004A7F88" w:rsidRDefault="00000000">
            <w:pPr>
              <w:spacing w:before="45" w:after="45" w:line="240" w:lineRule="auto"/>
              <w:jc w:val="left"/>
            </w:pPr>
            <w:r>
              <w:rPr>
                <w:sz w:val="18"/>
              </w:rPr>
              <w:t>与防爆柜配套</w:t>
            </w:r>
          </w:p>
        </w:tc>
      </w:tr>
      <w:tr w:rsidR="004A7F88" w14:paraId="19705B2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A3CA2B9" w14:textId="77777777" w:rsidR="004A7F88" w:rsidRDefault="00000000">
            <w:pPr>
              <w:spacing w:before="45" w:after="45" w:line="240" w:lineRule="auto"/>
              <w:jc w:val="left"/>
              <w:rPr>
                <w:lang w:eastAsia="zh-CN"/>
              </w:rPr>
            </w:pPr>
            <w:r>
              <w:rPr>
                <w:sz w:val="18"/>
                <w:lang w:eastAsia="zh-CN"/>
              </w:rPr>
              <w:t>桨叶平衡仪与桨工具组</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33B8506" w14:textId="77777777" w:rsidR="004A7F88" w:rsidRDefault="00000000">
            <w:pPr>
              <w:spacing w:before="45" w:after="45" w:line="240" w:lineRule="auto"/>
              <w:jc w:val="left"/>
              <w:rPr>
                <w:lang w:eastAsia="zh-CN"/>
              </w:rPr>
            </w:pPr>
            <w:r>
              <w:rPr>
                <w:sz w:val="18"/>
                <w:lang w:eastAsia="zh-CN"/>
              </w:rPr>
              <w:t>精密磁悬浮平衡仪 + 拆桨工具</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D6B0DA6" w14:textId="77777777" w:rsidR="004A7F88" w:rsidRDefault="00000000">
            <w:pPr>
              <w:spacing w:before="45" w:after="45" w:line="240" w:lineRule="auto"/>
              <w:jc w:val="right"/>
            </w:pPr>
            <w:r>
              <w:rPr>
                <w:sz w:val="18"/>
              </w:rPr>
              <w:t>600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EF7644E"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3CFFDB8" w14:textId="77777777" w:rsidR="004A7F88" w:rsidRDefault="00000000">
            <w:pPr>
              <w:spacing w:before="45" w:after="45" w:line="240" w:lineRule="auto"/>
              <w:jc w:val="right"/>
            </w:pPr>
            <w:r>
              <w:rPr>
                <w:sz w:val="18"/>
              </w:rPr>
              <w:t>6,000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D455F92" w14:textId="77777777" w:rsidR="004A7F88" w:rsidRDefault="00000000">
            <w:pPr>
              <w:spacing w:before="45" w:after="45" w:line="240" w:lineRule="auto"/>
              <w:jc w:val="left"/>
            </w:pPr>
            <w:r>
              <w:rPr>
                <w:sz w:val="18"/>
              </w:rPr>
              <w:t>动平衡校准</w:t>
            </w:r>
          </w:p>
        </w:tc>
      </w:tr>
      <w:tr w:rsidR="004A7F88" w14:paraId="27DB2CFA"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6669FFF" w14:textId="77777777" w:rsidR="004A7F88" w:rsidRDefault="00000000">
            <w:pPr>
              <w:spacing w:before="45" w:after="45" w:line="240" w:lineRule="auto"/>
              <w:jc w:val="left"/>
            </w:pPr>
            <w:r>
              <w:rPr>
                <w:sz w:val="18"/>
              </w:rPr>
              <w:t>机械装配工具组套</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A14BA87" w14:textId="77777777" w:rsidR="004A7F88" w:rsidRDefault="00000000">
            <w:pPr>
              <w:spacing w:before="45" w:after="45" w:line="240" w:lineRule="auto"/>
              <w:jc w:val="left"/>
              <w:rPr>
                <w:lang w:eastAsia="zh-CN"/>
              </w:rPr>
            </w:pPr>
            <w:r>
              <w:rPr>
                <w:sz w:val="18"/>
                <w:lang w:eastAsia="zh-CN"/>
              </w:rPr>
              <w:t>棘轮 / 内六角 / 扭矩批组套</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8448C0E" w14:textId="77777777" w:rsidR="004A7F88" w:rsidRDefault="00000000">
            <w:pPr>
              <w:spacing w:before="45" w:after="45" w:line="240" w:lineRule="auto"/>
              <w:jc w:val="right"/>
            </w:pPr>
            <w:r>
              <w:rPr>
                <w:sz w:val="18"/>
              </w:rPr>
              <w:t>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8BDEC12"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9165977" w14:textId="77777777" w:rsidR="004A7F88" w:rsidRDefault="00000000">
            <w:pPr>
              <w:spacing w:before="45" w:after="45" w:line="240" w:lineRule="auto"/>
              <w:jc w:val="right"/>
            </w:pPr>
            <w:r>
              <w:rPr>
                <w:sz w:val="18"/>
              </w:rPr>
              <w:t>8,000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972E57F" w14:textId="77777777" w:rsidR="004A7F88" w:rsidRDefault="00000000">
            <w:pPr>
              <w:spacing w:before="45" w:after="45" w:line="240" w:lineRule="auto"/>
              <w:jc w:val="left"/>
            </w:pPr>
            <w:r>
              <w:rPr>
                <w:sz w:val="18"/>
              </w:rPr>
              <w:t>整机装配与结构改装</w:t>
            </w:r>
          </w:p>
        </w:tc>
      </w:tr>
      <w:tr w:rsidR="004A7F88" w14:paraId="7F03463A"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E59459E" w14:textId="77777777" w:rsidR="004A7F88" w:rsidRDefault="00000000">
            <w:pPr>
              <w:spacing w:before="45" w:after="45" w:line="240" w:lineRule="auto"/>
              <w:jc w:val="left"/>
            </w:pPr>
            <w:r>
              <w:rPr>
                <w:sz w:val="18"/>
              </w:rPr>
              <w:t>电子备件耗材包</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1D08D39" w14:textId="77777777" w:rsidR="004A7F88" w:rsidRDefault="00000000">
            <w:pPr>
              <w:spacing w:before="45" w:after="45" w:line="240" w:lineRule="auto"/>
              <w:jc w:val="left"/>
              <w:rPr>
                <w:lang w:eastAsia="zh-CN"/>
              </w:rPr>
            </w:pPr>
            <w:r>
              <w:rPr>
                <w:sz w:val="18"/>
                <w:lang w:eastAsia="zh-CN"/>
              </w:rPr>
              <w:t>电机 / 电调 / 飞控 / 接插件易损件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8C6A0D8" w14:textId="77777777" w:rsidR="004A7F88" w:rsidRDefault="00000000">
            <w:pPr>
              <w:spacing w:before="45" w:after="45" w:line="240" w:lineRule="auto"/>
              <w:jc w:val="right"/>
            </w:pPr>
            <w:r>
              <w:rPr>
                <w:sz w:val="18"/>
              </w:rPr>
              <w:t>1,200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7154FD8"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7A4CEFD" w14:textId="77777777" w:rsidR="004A7F88" w:rsidRDefault="00000000">
            <w:pPr>
              <w:spacing w:before="45" w:after="45" w:line="240" w:lineRule="auto"/>
              <w:jc w:val="right"/>
            </w:pPr>
            <w:r>
              <w:rPr>
                <w:sz w:val="18"/>
              </w:rPr>
              <w:t>12,000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8A57841" w14:textId="77777777" w:rsidR="004A7F88" w:rsidRDefault="00000000">
            <w:pPr>
              <w:spacing w:before="45" w:after="45" w:line="240" w:lineRule="auto"/>
              <w:jc w:val="left"/>
            </w:pPr>
            <w:r>
              <w:rPr>
                <w:sz w:val="18"/>
              </w:rPr>
              <w:t>维修实训耗材</w:t>
            </w:r>
          </w:p>
        </w:tc>
      </w:tr>
      <w:tr w:rsidR="004A7F88" w14:paraId="74F0399B"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BAA1F93" w14:textId="77777777" w:rsidR="004A7F88" w:rsidRDefault="00000000">
            <w:pPr>
              <w:spacing w:before="45" w:after="45" w:line="240" w:lineRule="auto"/>
              <w:jc w:val="left"/>
            </w:pPr>
            <w:r>
              <w:rPr>
                <w:sz w:val="18"/>
              </w:rPr>
              <w:t>电机 / 电调测试老化台</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88A11AA" w14:textId="77777777" w:rsidR="004A7F88" w:rsidRDefault="00000000">
            <w:pPr>
              <w:spacing w:before="45" w:after="45" w:line="240" w:lineRule="auto"/>
              <w:jc w:val="left"/>
            </w:pPr>
            <w:r>
              <w:rPr>
                <w:sz w:val="18"/>
              </w:rPr>
              <w:t>定制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3D45045" w14:textId="77777777" w:rsidR="004A7F88" w:rsidRDefault="00000000">
            <w:pPr>
              <w:spacing w:before="45" w:after="45" w:line="240" w:lineRule="auto"/>
              <w:jc w:val="right"/>
            </w:pPr>
            <w:r>
              <w:rPr>
                <w:sz w:val="18"/>
              </w:rPr>
              <w:t>3,500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31832AB" w14:textId="77777777" w:rsidR="004A7F88" w:rsidRDefault="00000000">
            <w:pPr>
              <w:spacing w:before="45" w:after="45" w:line="240" w:lineRule="auto"/>
              <w:jc w:val="right"/>
            </w:pPr>
            <w:r>
              <w:rPr>
                <w:sz w:val="18"/>
              </w:rPr>
              <w:t>2</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25CAE87" w14:textId="77777777" w:rsidR="004A7F88" w:rsidRDefault="00000000">
            <w:pPr>
              <w:spacing w:before="45" w:after="45" w:line="240" w:lineRule="auto"/>
              <w:jc w:val="right"/>
            </w:pPr>
            <w:r>
              <w:rPr>
                <w:sz w:val="18"/>
              </w:rPr>
              <w:t>7,000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8A033CE" w14:textId="77777777" w:rsidR="004A7F88" w:rsidRDefault="00000000">
            <w:pPr>
              <w:spacing w:before="45" w:after="45" w:line="240" w:lineRule="auto"/>
              <w:jc w:val="left"/>
              <w:rPr>
                <w:lang w:eastAsia="zh-CN"/>
              </w:rPr>
            </w:pPr>
            <w:r>
              <w:rPr>
                <w:sz w:val="18"/>
                <w:lang w:eastAsia="zh-CN"/>
              </w:rPr>
              <w:t>动力系统批量检测与老化筛选</w:t>
            </w:r>
          </w:p>
        </w:tc>
      </w:tr>
      <w:tr w:rsidR="004A7F88" w14:paraId="7AB8823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EDEE300" w14:textId="77777777" w:rsidR="004A7F88" w:rsidRDefault="00000000">
            <w:pPr>
              <w:spacing w:before="45" w:after="45" w:line="240" w:lineRule="auto"/>
              <w:jc w:val="left"/>
            </w:pPr>
            <w:r>
              <w:rPr>
                <w:sz w:val="18"/>
              </w:rPr>
              <w:t>FDM 3D 打印机</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7B73BDD" w14:textId="77777777" w:rsidR="004A7F88" w:rsidRDefault="00000000">
            <w:pPr>
              <w:spacing w:before="45" w:after="45" w:line="240" w:lineRule="auto"/>
              <w:jc w:val="left"/>
            </w:pPr>
            <w:r>
              <w:rPr>
                <w:sz w:val="18"/>
              </w:rPr>
              <w:t>消耗级 FDM （含耗材）</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B803DFE" w14:textId="77777777" w:rsidR="004A7F88" w:rsidRDefault="00000000">
            <w:pPr>
              <w:spacing w:before="45" w:after="45" w:line="240" w:lineRule="auto"/>
              <w:jc w:val="right"/>
            </w:pPr>
            <w:r>
              <w:rPr>
                <w:sz w:val="18"/>
              </w:rPr>
              <w:t>4,500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1D6EF4D" w14:textId="77777777" w:rsidR="004A7F88" w:rsidRDefault="00000000">
            <w:pPr>
              <w:spacing w:before="45" w:after="45" w:line="240" w:lineRule="auto"/>
              <w:jc w:val="right"/>
            </w:pPr>
            <w:r>
              <w:rPr>
                <w:sz w:val="18"/>
              </w:rPr>
              <w:t>2</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DA70F06" w14:textId="77777777" w:rsidR="004A7F88" w:rsidRDefault="00000000">
            <w:pPr>
              <w:spacing w:before="45" w:after="45" w:line="240" w:lineRule="auto"/>
              <w:jc w:val="right"/>
            </w:pPr>
            <w:r>
              <w:rPr>
                <w:sz w:val="18"/>
              </w:rPr>
              <w:t>9,000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CF83FE9" w14:textId="77777777" w:rsidR="004A7F88" w:rsidRDefault="00000000">
            <w:pPr>
              <w:spacing w:before="45" w:after="45" w:line="240" w:lineRule="auto"/>
              <w:jc w:val="left"/>
            </w:pPr>
            <w:r>
              <w:rPr>
                <w:sz w:val="18"/>
              </w:rPr>
              <w:t>创新样机结构件打印</w:t>
            </w:r>
          </w:p>
        </w:tc>
      </w:tr>
      <w:tr w:rsidR="004A7F88" w14:paraId="7E060476"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36971FF" w14:textId="77777777" w:rsidR="004A7F88" w:rsidRDefault="00000000">
            <w:pPr>
              <w:spacing w:before="45" w:after="45" w:line="240" w:lineRule="auto"/>
              <w:jc w:val="left"/>
              <w:rPr>
                <w:lang w:eastAsia="zh-CN"/>
              </w:rPr>
            </w:pPr>
            <w:r>
              <w:rPr>
                <w:sz w:val="18"/>
                <w:lang w:eastAsia="zh-CN"/>
              </w:rPr>
              <w:t>三轴云台相机教</w:t>
            </w:r>
            <w:r>
              <w:rPr>
                <w:sz w:val="18"/>
                <w:lang w:eastAsia="zh-CN"/>
              </w:rPr>
              <w:lastRenderedPageBreak/>
              <w:t>学载荷</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F4705A6" w14:textId="77777777" w:rsidR="004A7F88" w:rsidRDefault="00000000">
            <w:pPr>
              <w:spacing w:before="45" w:after="45" w:line="240" w:lineRule="auto"/>
              <w:jc w:val="left"/>
            </w:pPr>
            <w:r>
              <w:rPr>
                <w:sz w:val="18"/>
              </w:rPr>
              <w:lastRenderedPageBreak/>
              <w:t xml:space="preserve">教学版三轴云台 + </w:t>
            </w:r>
            <w:r>
              <w:rPr>
                <w:sz w:val="18"/>
              </w:rPr>
              <w:lastRenderedPageBreak/>
              <w:t>相机</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2B08C1D" w14:textId="77777777" w:rsidR="004A7F88" w:rsidRDefault="00000000">
            <w:pPr>
              <w:spacing w:before="45" w:after="45" w:line="240" w:lineRule="auto"/>
              <w:jc w:val="right"/>
            </w:pPr>
            <w:r>
              <w:rPr>
                <w:sz w:val="18"/>
              </w:rPr>
              <w:lastRenderedPageBreak/>
              <w:t>4,800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9FC3A6E" w14:textId="77777777" w:rsidR="004A7F88" w:rsidRDefault="00000000">
            <w:pPr>
              <w:spacing w:before="45" w:after="45" w:line="240" w:lineRule="auto"/>
              <w:jc w:val="right"/>
            </w:pPr>
            <w:r>
              <w:rPr>
                <w:sz w:val="18"/>
              </w:rPr>
              <w:t>2</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C5A7E94" w14:textId="77777777" w:rsidR="004A7F88" w:rsidRDefault="00000000">
            <w:pPr>
              <w:spacing w:before="45" w:after="45" w:line="240" w:lineRule="auto"/>
              <w:jc w:val="right"/>
            </w:pPr>
            <w:r>
              <w:rPr>
                <w:sz w:val="18"/>
              </w:rPr>
              <w:t>9,600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6B6CDE8" w14:textId="77777777" w:rsidR="004A7F88" w:rsidRDefault="00000000">
            <w:pPr>
              <w:spacing w:before="45" w:after="45" w:line="240" w:lineRule="auto"/>
              <w:jc w:val="left"/>
            </w:pPr>
            <w:r>
              <w:rPr>
                <w:sz w:val="18"/>
              </w:rPr>
              <w:t>任务载荷改装训</w:t>
            </w:r>
            <w:r>
              <w:rPr>
                <w:sz w:val="18"/>
              </w:rPr>
              <w:lastRenderedPageBreak/>
              <w:t>练</w:t>
            </w:r>
          </w:p>
        </w:tc>
      </w:tr>
      <w:tr w:rsidR="004A7F88" w14:paraId="5E39B500"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7E61223" w14:textId="77777777" w:rsidR="004A7F88" w:rsidRDefault="00000000">
            <w:pPr>
              <w:spacing w:before="45" w:after="45" w:line="240" w:lineRule="auto"/>
              <w:jc w:val="left"/>
            </w:pPr>
            <w:r>
              <w:rPr>
                <w:sz w:val="18"/>
              </w:rPr>
              <w:lastRenderedPageBreak/>
              <w:t>轻型热成像载荷模组</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0529883" w14:textId="77777777" w:rsidR="004A7F88" w:rsidRDefault="00000000">
            <w:pPr>
              <w:spacing w:before="45" w:after="45" w:line="240" w:lineRule="auto"/>
              <w:jc w:val="left"/>
            </w:pPr>
            <w:r>
              <w:rPr>
                <w:sz w:val="18"/>
              </w:rPr>
              <w:t>256×256 级机芯</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BB1C496" w14:textId="77777777" w:rsidR="004A7F88" w:rsidRDefault="00000000">
            <w:pPr>
              <w:spacing w:before="45" w:after="45" w:line="240" w:lineRule="auto"/>
              <w:jc w:val="right"/>
            </w:pPr>
            <w:r>
              <w:rPr>
                <w:sz w:val="18"/>
              </w:rPr>
              <w:t>9,800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DCF9704"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FE15D34" w14:textId="77777777" w:rsidR="004A7F88" w:rsidRDefault="00000000">
            <w:pPr>
              <w:spacing w:before="45" w:after="45" w:line="240" w:lineRule="auto"/>
              <w:jc w:val="right"/>
            </w:pPr>
            <w:r>
              <w:rPr>
                <w:sz w:val="18"/>
              </w:rPr>
              <w:t>9,800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3C16B2E" w14:textId="77777777" w:rsidR="004A7F88" w:rsidRDefault="00000000">
            <w:pPr>
              <w:spacing w:before="45" w:after="45" w:line="240" w:lineRule="auto"/>
              <w:jc w:val="left"/>
            </w:pPr>
            <w:r>
              <w:rPr>
                <w:sz w:val="18"/>
              </w:rPr>
              <w:t>巡检 / 搜救模拟</w:t>
            </w:r>
          </w:p>
        </w:tc>
      </w:tr>
      <w:tr w:rsidR="004A7F88" w14:paraId="013F5A1C"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6E1B36A" w14:textId="77777777" w:rsidR="004A7F88" w:rsidRDefault="00000000">
            <w:pPr>
              <w:spacing w:before="45" w:after="45" w:line="240" w:lineRule="auto"/>
              <w:jc w:val="left"/>
            </w:pPr>
            <w:r>
              <w:rPr>
                <w:sz w:val="18"/>
              </w:rPr>
              <w:t>抛投 / 喊话载荷套件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BACD15B" w14:textId="77777777" w:rsidR="004A7F88" w:rsidRDefault="00000000">
            <w:pPr>
              <w:spacing w:before="45" w:after="45" w:line="240" w:lineRule="auto"/>
              <w:jc w:val="left"/>
            </w:pPr>
            <w:r>
              <w:rPr>
                <w:sz w:val="18"/>
              </w:rPr>
              <w:t>教学套件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FE886D2" w14:textId="77777777" w:rsidR="004A7F88" w:rsidRDefault="00000000">
            <w:pPr>
              <w:spacing w:before="45" w:after="45" w:line="240" w:lineRule="auto"/>
              <w:jc w:val="right"/>
            </w:pPr>
            <w:r>
              <w:rPr>
                <w:sz w:val="18"/>
              </w:rPr>
              <w:t>2,500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688FC63"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0470A20" w14:textId="77777777" w:rsidR="004A7F88" w:rsidRDefault="00000000">
            <w:pPr>
              <w:spacing w:before="45" w:after="45" w:line="240" w:lineRule="auto"/>
              <w:jc w:val="right"/>
            </w:pPr>
            <w:r>
              <w:rPr>
                <w:sz w:val="18"/>
              </w:rPr>
              <w:t>2,500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05C5540" w14:textId="77777777" w:rsidR="004A7F88" w:rsidRDefault="00000000">
            <w:pPr>
              <w:spacing w:before="45" w:after="45" w:line="240" w:lineRule="auto"/>
              <w:jc w:val="left"/>
            </w:pPr>
            <w:r>
              <w:rPr>
                <w:sz w:val="18"/>
              </w:rPr>
              <w:t>应急场景科目拓展</w:t>
            </w:r>
          </w:p>
        </w:tc>
      </w:tr>
      <w:tr w:rsidR="004A7F88" w14:paraId="1545D7E5"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670A030" w14:textId="77777777" w:rsidR="004A7F88" w:rsidRDefault="00000000">
            <w:pPr>
              <w:spacing w:before="45" w:after="45" w:line="240" w:lineRule="auto"/>
              <w:jc w:val="left"/>
            </w:pPr>
            <w:r>
              <w:rPr>
                <w:sz w:val="18"/>
              </w:rPr>
              <w:t>调试笔记本电脑</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9BE3E3C" w14:textId="77777777" w:rsidR="004A7F88" w:rsidRDefault="00000000">
            <w:pPr>
              <w:spacing w:before="45" w:after="45" w:line="240" w:lineRule="auto"/>
              <w:jc w:val="left"/>
            </w:pPr>
            <w:r>
              <w:rPr>
                <w:sz w:val="18"/>
              </w:rPr>
              <w:t>学校信息化经费自筹</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2665F48" w14:textId="77777777" w:rsidR="004A7F88" w:rsidRDefault="00000000">
            <w:pPr>
              <w:spacing w:before="45" w:after="45" w:line="240" w:lineRule="auto"/>
              <w:jc w:val="right"/>
            </w:pPr>
            <w:r>
              <w:rPr>
                <w:sz w:val="18"/>
              </w:rPr>
              <w:t>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C62450A" w14:textId="77777777" w:rsidR="004A7F88" w:rsidRDefault="00000000">
            <w:pPr>
              <w:spacing w:before="45" w:after="45" w:line="240" w:lineRule="auto"/>
              <w:jc w:val="right"/>
            </w:pPr>
            <w:r>
              <w:rPr>
                <w:sz w:val="18"/>
              </w:rPr>
              <w:t>10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0FF8273" w14:textId="77777777" w:rsidR="004A7F88" w:rsidRDefault="00000000">
            <w:pPr>
              <w:spacing w:before="45" w:after="45" w:line="240" w:lineRule="auto"/>
              <w:jc w:val="right"/>
            </w:pPr>
            <w:r>
              <w:rPr>
                <w:sz w:val="18"/>
              </w:rPr>
              <w:t>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53C4C3F" w14:textId="77777777" w:rsidR="004A7F88" w:rsidRDefault="00000000">
            <w:pPr>
              <w:spacing w:before="45" w:after="45" w:line="240" w:lineRule="auto"/>
              <w:jc w:val="left"/>
            </w:pPr>
            <w:r>
              <w:rPr>
                <w:sz w:val="18"/>
              </w:rPr>
              <w:t>飞控调参 / 地面站</w:t>
            </w:r>
          </w:p>
        </w:tc>
      </w:tr>
      <w:tr w:rsidR="004A7F88" w14:paraId="43BFC1F7"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37818DA" w14:textId="77777777" w:rsidR="004A7F88" w:rsidRDefault="00000000">
            <w:pPr>
              <w:spacing w:before="45" w:after="45" w:line="240" w:lineRule="auto"/>
              <w:jc w:val="left"/>
            </w:pPr>
            <w:r>
              <w:rPr>
                <w:sz w:val="18"/>
              </w:rPr>
              <w:t>安全应急器材</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15E2090" w14:textId="77777777" w:rsidR="004A7F88" w:rsidRDefault="00000000">
            <w:pPr>
              <w:spacing w:before="45" w:after="45" w:line="240" w:lineRule="auto"/>
              <w:jc w:val="left"/>
              <w:rPr>
                <w:lang w:eastAsia="zh-CN"/>
              </w:rPr>
            </w:pPr>
            <w:r>
              <w:rPr>
                <w:sz w:val="18"/>
                <w:lang w:eastAsia="zh-CN"/>
              </w:rPr>
              <w:t>水基灭火器 + 灭火毯 + 急救包</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3140516" w14:textId="77777777" w:rsidR="004A7F88" w:rsidRDefault="00000000">
            <w:pPr>
              <w:spacing w:before="45" w:after="45" w:line="240" w:lineRule="auto"/>
              <w:jc w:val="right"/>
            </w:pPr>
            <w:r>
              <w:rPr>
                <w:sz w:val="18"/>
              </w:rPr>
              <w:t>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213EF7E" w14:textId="77777777" w:rsidR="004A7F88" w:rsidRDefault="00000000">
            <w:pPr>
              <w:spacing w:before="45" w:after="45" w:line="240" w:lineRule="auto"/>
              <w:jc w:val="right"/>
            </w:pPr>
            <w:r>
              <w:rPr>
                <w:sz w:val="18"/>
              </w:rPr>
              <w:t>4</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1D767B9" w14:textId="77777777" w:rsidR="004A7F88" w:rsidRDefault="00000000">
            <w:pPr>
              <w:spacing w:before="45" w:after="45" w:line="240" w:lineRule="auto"/>
              <w:jc w:val="right"/>
            </w:pPr>
            <w:r>
              <w:rPr>
                <w:sz w:val="18"/>
              </w:rPr>
              <w:t>3,200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FB311D3" w14:textId="77777777" w:rsidR="004A7F88" w:rsidRDefault="00000000">
            <w:pPr>
              <w:spacing w:before="45" w:after="45" w:line="240" w:lineRule="auto"/>
              <w:jc w:val="left"/>
              <w:rPr>
                <w:lang w:eastAsia="zh-CN"/>
              </w:rPr>
            </w:pPr>
            <w:r>
              <w:rPr>
                <w:sz w:val="18"/>
                <w:lang w:eastAsia="zh-CN"/>
              </w:rPr>
              <w:t>安全兜底，每工位区 1 组</w:t>
            </w:r>
          </w:p>
        </w:tc>
      </w:tr>
      <w:tr w:rsidR="004A7F88" w14:paraId="601411AD" w14:textId="77777777">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E80F361" w14:textId="77777777" w:rsidR="004A7F88" w:rsidRDefault="00000000">
            <w:pPr>
              <w:spacing w:before="45" w:after="45" w:line="240" w:lineRule="auto"/>
              <w:jc w:val="left"/>
            </w:pPr>
            <w:r>
              <w:rPr>
                <w:b/>
                <w:color w:val="1A237E"/>
                <w:sz w:val="18"/>
              </w:rPr>
              <w:t>合计</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4059121"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49D5E02"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42C1CFD"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4B60DA78" w14:textId="77777777" w:rsidR="004A7F88" w:rsidRDefault="00000000">
            <w:pPr>
              <w:spacing w:before="45" w:after="45" w:line="240" w:lineRule="auto"/>
              <w:jc w:val="right"/>
            </w:pPr>
            <w:r>
              <w:rPr>
                <w:b/>
                <w:color w:val="1A237E"/>
                <w:sz w:val="18"/>
              </w:rPr>
              <w:t>290,900</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DAA0F26" w14:textId="77777777" w:rsidR="004A7F88" w:rsidRDefault="00000000">
            <w:pPr>
              <w:spacing w:before="45" w:after="45" w:line="240" w:lineRule="auto"/>
              <w:jc w:val="left"/>
            </w:pPr>
            <w:r>
              <w:rPr>
                <w:b/>
                <w:color w:val="1A237E"/>
                <w:sz w:val="18"/>
              </w:rPr>
              <w:t>—</w:t>
            </w:r>
          </w:p>
        </w:tc>
      </w:tr>
    </w:tbl>
    <w:p w14:paraId="7CF6F0C3" w14:textId="77777777" w:rsidR="004A7F88" w:rsidRDefault="00000000">
      <w:pPr>
        <w:pStyle w:val="31"/>
        <w:rPr>
          <w:lang w:eastAsia="zh-CN"/>
        </w:rPr>
      </w:pPr>
      <w:r>
        <w:rPr>
          <w:rFonts w:cs="微软雅黑" w:hint="eastAsia"/>
          <w:lang w:eastAsia="zh-CN"/>
        </w:rPr>
        <w:t>（二）分区2：模拟飞行与CAAC考证实训区（"零风险飞行驾校"）</w:t>
      </w:r>
    </w:p>
    <w:p w14:paraId="287F5DA8" w14:textId="77777777" w:rsidR="004A7F88" w:rsidRDefault="00000000">
      <w:pPr>
        <w:spacing w:after="120"/>
        <w:rPr>
          <w:lang w:eastAsia="zh-CN"/>
        </w:rPr>
      </w:pPr>
      <w:r>
        <w:rPr>
          <w:rFonts w:cs="微软雅黑" w:hint="eastAsia"/>
          <w:b/>
          <w:lang w:eastAsia="zh-CN"/>
        </w:rPr>
        <w:t>核心定位</w:t>
      </w:r>
      <w:r>
        <w:rPr>
          <w:rFonts w:cs="微软雅黑" w:hint="eastAsia"/>
          <w:lang w:eastAsia="zh-CN"/>
        </w:rPr>
        <w:t>：</w:t>
      </w:r>
      <w:r>
        <w:rPr>
          <w:lang w:eastAsia="zh-CN"/>
        </w:rPr>
        <w:t xml:space="preserve">CAAC </w:t>
      </w:r>
      <w:r>
        <w:rPr>
          <w:rFonts w:cs="微软雅黑" w:hint="eastAsia"/>
          <w:lang w:eastAsia="zh-CN"/>
        </w:rPr>
        <w:t>执照理论与模拟飞行的标准化考场式教学区，面积约</w:t>
      </w:r>
      <w:r>
        <w:rPr>
          <w:lang w:eastAsia="zh-CN"/>
        </w:rPr>
        <w:t xml:space="preserve"> 60㎡</w:t>
      </w:r>
      <w:r>
        <w:rPr>
          <w:rFonts w:cs="微软雅黑" w:hint="eastAsia"/>
          <w:lang w:eastAsia="zh-CN"/>
        </w:rPr>
        <w:t>。承担</w:t>
      </w:r>
      <w:r>
        <w:rPr>
          <w:lang w:eastAsia="zh-CN"/>
        </w:rPr>
        <w:t xml:space="preserve"> CAAC </w:t>
      </w:r>
      <w:r>
        <w:rPr>
          <w:rFonts w:cs="微软雅黑" w:hint="eastAsia"/>
          <w:lang w:eastAsia="zh-CN"/>
        </w:rPr>
        <w:t>理论教学与刷题、模拟飞行</w:t>
      </w:r>
      <w:r>
        <w:rPr>
          <w:lang w:eastAsia="zh-CN"/>
        </w:rPr>
        <w:t>"</w:t>
      </w:r>
      <w:r>
        <w:rPr>
          <w:rFonts w:cs="微软雅黑" w:hint="eastAsia"/>
          <w:lang w:eastAsia="zh-CN"/>
        </w:rPr>
        <w:t>零风险</w:t>
      </w:r>
      <w:r>
        <w:rPr>
          <w:lang w:eastAsia="zh-CN"/>
        </w:rPr>
        <w:t>"</w:t>
      </w:r>
      <w:r>
        <w:rPr>
          <w:rFonts w:cs="微软雅黑" w:hint="eastAsia"/>
          <w:lang w:eastAsia="zh-CN"/>
        </w:rPr>
        <w:t>上手、全真模拟考试、空域法规与飞行安全教育、航线规划任务预演及全校科普通识课。</w:t>
      </w:r>
    </w:p>
    <w:p w14:paraId="3938B067" w14:textId="77777777" w:rsidR="004A7F88" w:rsidRDefault="00000000">
      <w:pPr>
        <w:keepNext/>
        <w:spacing w:before="120" w:after="60"/>
        <w:jc w:val="center"/>
      </w:pPr>
      <w:r>
        <w:rPr>
          <w:noProof/>
        </w:rPr>
        <w:drawing>
          <wp:inline distT="0" distB="0" distL="0" distR="0" wp14:anchorId="674AFB5D" wp14:editId="429A031D">
            <wp:extent cx="4680000" cy="31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4680000" cy="3120000"/>
                    </a:xfrm>
                    <a:prstGeom prst="rect">
                      <a:avLst/>
                    </a:prstGeom>
                  </pic:spPr>
                </pic:pic>
              </a:graphicData>
            </a:graphic>
          </wp:inline>
        </w:drawing>
      </w:r>
    </w:p>
    <w:p w14:paraId="4ED42600" w14:textId="77777777" w:rsidR="004A7F88" w:rsidRDefault="00000000">
      <w:pPr>
        <w:spacing w:after="200"/>
        <w:jc w:val="center"/>
        <w:rPr>
          <w:lang w:eastAsia="zh-CN"/>
        </w:rPr>
      </w:pPr>
      <w:r>
        <w:rPr>
          <w:rFonts w:cs="微软雅黑" w:hint="eastAsia"/>
          <w:lang w:eastAsia="zh-CN"/>
        </w:rPr>
        <w:t>图</w:t>
      </w:r>
      <w:r>
        <w:rPr>
          <w:lang w:eastAsia="zh-CN"/>
        </w:rPr>
        <w:t xml:space="preserve">2 </w:t>
      </w:r>
      <w:r>
        <w:rPr>
          <w:rFonts w:cs="微软雅黑" w:hint="eastAsia"/>
          <w:lang w:eastAsia="zh-CN"/>
        </w:rPr>
        <w:t>模拟飞行与</w:t>
      </w:r>
      <w:r>
        <w:rPr>
          <w:lang w:eastAsia="zh-CN"/>
        </w:rPr>
        <w:t>CAAC</w:t>
      </w:r>
      <w:r>
        <w:rPr>
          <w:rFonts w:cs="微软雅黑" w:hint="eastAsia"/>
          <w:lang w:eastAsia="zh-CN"/>
        </w:rPr>
        <w:t>考证实训区（</w:t>
      </w:r>
      <w:r>
        <w:rPr>
          <w:lang w:eastAsia="zh-CN"/>
        </w:rPr>
        <w:t>"</w:t>
      </w:r>
      <w:r>
        <w:rPr>
          <w:rFonts w:cs="微软雅黑" w:hint="eastAsia"/>
          <w:lang w:eastAsia="zh-CN"/>
        </w:rPr>
        <w:t>零风险飞行驾校</w:t>
      </w:r>
      <w:r>
        <w:rPr>
          <w:lang w:eastAsia="zh-CN"/>
        </w:rPr>
        <w:t>"</w:t>
      </w:r>
      <w:r>
        <w:rPr>
          <w:rFonts w:cs="微软雅黑" w:hint="eastAsia"/>
          <w:lang w:eastAsia="zh-CN"/>
        </w:rPr>
        <w:t>）效果（示意图）</w:t>
      </w:r>
    </w:p>
    <w:p w14:paraId="3BC2ABE3" w14:textId="77777777" w:rsidR="004A7F88" w:rsidRDefault="00000000">
      <w:pPr>
        <w:rPr>
          <w:lang w:eastAsia="zh-CN"/>
        </w:rPr>
      </w:pPr>
      <w:r>
        <w:rPr>
          <w:rFonts w:cs="微软雅黑" w:hint="eastAsia"/>
          <w:b/>
          <w:lang w:eastAsia="zh-CN"/>
        </w:rPr>
        <w:t>分区2 设备配置清单（合计 356,000 元）</w:t>
      </w:r>
    </w:p>
    <w:tbl>
      <w:tblPr>
        <w:tblW w:w="5000" w:type="pct"/>
        <w:tblLook w:val="04A0" w:firstRow="1" w:lastRow="0" w:firstColumn="1" w:lastColumn="0" w:noHBand="0" w:noVBand="1"/>
      </w:tblPr>
      <w:tblGrid>
        <w:gridCol w:w="1523"/>
        <w:gridCol w:w="1523"/>
        <w:gridCol w:w="1523"/>
        <w:gridCol w:w="1523"/>
        <w:gridCol w:w="1523"/>
        <w:gridCol w:w="1523"/>
      </w:tblGrid>
      <w:tr w:rsidR="004A7F88" w14:paraId="0281C4E5" w14:textId="77777777">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648EDCB" w14:textId="77777777" w:rsidR="004A7F88" w:rsidRDefault="00000000">
            <w:pPr>
              <w:spacing w:before="45" w:after="45" w:line="240" w:lineRule="auto"/>
              <w:jc w:val="left"/>
            </w:pPr>
            <w:r>
              <w:rPr>
                <w:b/>
                <w:color w:val="1A237E"/>
                <w:sz w:val="18"/>
              </w:rPr>
              <w:lastRenderedPageBreak/>
              <w:t>设备名称</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6D765C8" w14:textId="77777777" w:rsidR="004A7F88" w:rsidRDefault="00000000">
            <w:pPr>
              <w:spacing w:before="45" w:after="45" w:line="240" w:lineRule="auto"/>
              <w:jc w:val="left"/>
            </w:pPr>
            <w:r>
              <w:rPr>
                <w:b/>
                <w:color w:val="1A237E"/>
                <w:sz w:val="18"/>
              </w:rPr>
              <w:t>规格参数 / 说明</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06865C0" w14:textId="77777777" w:rsidR="004A7F88" w:rsidRDefault="00000000">
            <w:pPr>
              <w:spacing w:before="45" w:after="45" w:line="240" w:lineRule="auto"/>
              <w:jc w:val="right"/>
            </w:pPr>
            <w:r>
              <w:rPr>
                <w:b/>
                <w:color w:val="1A237E"/>
                <w:sz w:val="18"/>
              </w:rPr>
              <w:t>单价（元）</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0144427" w14:textId="77777777" w:rsidR="004A7F88" w:rsidRDefault="00000000">
            <w:pPr>
              <w:spacing w:before="45" w:after="45" w:line="240" w:lineRule="auto"/>
              <w:jc w:val="right"/>
            </w:pPr>
            <w:r>
              <w:rPr>
                <w:b/>
                <w:color w:val="1A237E"/>
                <w:sz w:val="18"/>
              </w:rPr>
              <w:t>数量</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4875800" w14:textId="77777777" w:rsidR="004A7F88" w:rsidRDefault="00000000">
            <w:pPr>
              <w:spacing w:before="45" w:after="45" w:line="240" w:lineRule="auto"/>
              <w:jc w:val="right"/>
            </w:pPr>
            <w:r>
              <w:rPr>
                <w:b/>
                <w:color w:val="1A237E"/>
                <w:sz w:val="18"/>
              </w:rPr>
              <w:t>小计（元）</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747A496" w14:textId="77777777" w:rsidR="004A7F88" w:rsidRDefault="00000000">
            <w:pPr>
              <w:spacing w:before="45" w:after="45" w:line="240" w:lineRule="auto"/>
              <w:jc w:val="left"/>
            </w:pPr>
            <w:r>
              <w:rPr>
                <w:b/>
                <w:color w:val="1A237E"/>
                <w:sz w:val="18"/>
              </w:rPr>
              <w:t>配置用途</w:t>
            </w:r>
          </w:p>
        </w:tc>
      </w:tr>
      <w:tr w:rsidR="004A7F88" w14:paraId="364EDD70"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76B33B9" w14:textId="77777777" w:rsidR="004A7F88" w:rsidRDefault="00000000">
            <w:pPr>
              <w:spacing w:before="45" w:after="45" w:line="240" w:lineRule="auto"/>
              <w:jc w:val="left"/>
            </w:pPr>
            <w:r>
              <w:rPr>
                <w:sz w:val="18"/>
              </w:rPr>
              <w:t>模拟飞行软件授权</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6AC1254" w14:textId="77777777" w:rsidR="004A7F88" w:rsidRDefault="00000000">
            <w:pPr>
              <w:spacing w:before="45" w:after="45" w:line="240" w:lineRule="auto"/>
              <w:jc w:val="left"/>
              <w:rPr>
                <w:lang w:eastAsia="zh-CN"/>
              </w:rPr>
            </w:pPr>
            <w:r>
              <w:rPr>
                <w:sz w:val="18"/>
                <w:lang w:eastAsia="zh-CN"/>
              </w:rPr>
              <w:t>【待询价】 CAAC 多旋翼科目模拟软件，按点位授权，参考 3,000~6,000 元 / 点，暂列中值</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248145B" w14:textId="77777777" w:rsidR="004A7F88" w:rsidRDefault="00000000">
            <w:pPr>
              <w:spacing w:before="45" w:after="45" w:line="240" w:lineRule="auto"/>
              <w:jc w:val="right"/>
            </w:pPr>
            <w:r>
              <w:rPr>
                <w:sz w:val="18"/>
              </w:rPr>
              <w:t>4,000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241BA01" w14:textId="77777777" w:rsidR="004A7F88" w:rsidRDefault="00000000">
            <w:pPr>
              <w:spacing w:before="45" w:after="45" w:line="240" w:lineRule="auto"/>
              <w:jc w:val="right"/>
            </w:pPr>
            <w:r>
              <w:rPr>
                <w:sz w:val="18"/>
              </w:rPr>
              <w:t>20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E899521" w14:textId="77777777" w:rsidR="004A7F88" w:rsidRDefault="00000000">
            <w:pPr>
              <w:spacing w:before="45" w:after="45" w:line="240" w:lineRule="auto"/>
              <w:jc w:val="right"/>
            </w:pPr>
            <w:r>
              <w:rPr>
                <w:sz w:val="18"/>
              </w:rPr>
              <w:t>80,000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F2AC185" w14:textId="77777777" w:rsidR="004A7F88" w:rsidRDefault="00000000">
            <w:pPr>
              <w:spacing w:before="45" w:after="45" w:line="240" w:lineRule="auto"/>
              <w:jc w:val="left"/>
              <w:rPr>
                <w:lang w:eastAsia="zh-CN"/>
              </w:rPr>
            </w:pPr>
            <w:r>
              <w:rPr>
                <w:sz w:val="18"/>
                <w:lang w:eastAsia="zh-CN"/>
              </w:rPr>
              <w:t>20 个模拟工位，对标 CAAC 实操科目</w:t>
            </w:r>
          </w:p>
        </w:tc>
      </w:tr>
      <w:tr w:rsidR="004A7F88" w14:paraId="6FD1D59C"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A91EE87" w14:textId="77777777" w:rsidR="004A7F88" w:rsidRDefault="00000000">
            <w:pPr>
              <w:spacing w:before="45" w:after="45" w:line="240" w:lineRule="auto"/>
              <w:jc w:val="left"/>
            </w:pPr>
            <w:r>
              <w:rPr>
                <w:sz w:val="18"/>
              </w:rPr>
              <w:t>模拟飞行操控终端</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B78668B" w14:textId="77777777" w:rsidR="004A7F88" w:rsidRDefault="00000000">
            <w:pPr>
              <w:spacing w:before="45" w:after="45" w:line="240" w:lineRule="auto"/>
              <w:jc w:val="left"/>
              <w:rPr>
                <w:lang w:eastAsia="zh-CN"/>
              </w:rPr>
            </w:pPr>
            <w:r>
              <w:rPr>
                <w:sz w:val="18"/>
                <w:lang w:eastAsia="zh-CN"/>
              </w:rPr>
              <w:t>专业遥控摇杆 + 油门座 + 支架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502B07E" w14:textId="77777777" w:rsidR="004A7F88" w:rsidRDefault="00000000">
            <w:pPr>
              <w:spacing w:before="45" w:after="45" w:line="240" w:lineRule="auto"/>
              <w:jc w:val="right"/>
            </w:pPr>
            <w:r>
              <w:rPr>
                <w:sz w:val="18"/>
              </w:rPr>
              <w:t>1,800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339D55A" w14:textId="77777777" w:rsidR="004A7F88" w:rsidRDefault="00000000">
            <w:pPr>
              <w:spacing w:before="45" w:after="45" w:line="240" w:lineRule="auto"/>
              <w:jc w:val="right"/>
            </w:pPr>
            <w:r>
              <w:rPr>
                <w:sz w:val="18"/>
              </w:rPr>
              <w:t>20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CBA8FAC" w14:textId="77777777" w:rsidR="004A7F88" w:rsidRDefault="00000000">
            <w:pPr>
              <w:spacing w:before="45" w:after="45" w:line="240" w:lineRule="auto"/>
              <w:jc w:val="right"/>
            </w:pPr>
            <w:r>
              <w:rPr>
                <w:sz w:val="18"/>
              </w:rPr>
              <w:t>36,000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C26993E" w14:textId="77777777" w:rsidR="004A7F88" w:rsidRDefault="00000000">
            <w:pPr>
              <w:spacing w:before="45" w:after="45" w:line="240" w:lineRule="auto"/>
              <w:jc w:val="left"/>
            </w:pPr>
            <w:r>
              <w:rPr>
                <w:sz w:val="18"/>
              </w:rPr>
              <w:t>与真机遥控手感一致</w:t>
            </w:r>
          </w:p>
        </w:tc>
      </w:tr>
      <w:tr w:rsidR="004A7F88" w14:paraId="2AECA05C"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FFCA5B3" w14:textId="77777777" w:rsidR="004A7F88" w:rsidRDefault="00000000">
            <w:pPr>
              <w:spacing w:before="45" w:after="45" w:line="240" w:lineRule="auto"/>
              <w:jc w:val="left"/>
            </w:pPr>
            <w:r>
              <w:rPr>
                <w:sz w:val="18"/>
              </w:rPr>
              <w:t>教学电脑</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A6DB0BF" w14:textId="77777777" w:rsidR="004A7F88" w:rsidRDefault="00000000">
            <w:pPr>
              <w:spacing w:before="45" w:after="45" w:line="240" w:lineRule="auto"/>
              <w:jc w:val="left"/>
            </w:pPr>
            <w:r>
              <w:rPr>
                <w:sz w:val="18"/>
              </w:rPr>
              <w:t>学校信息化经费自筹</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D227EBB" w14:textId="77777777" w:rsidR="004A7F88" w:rsidRDefault="00000000">
            <w:pPr>
              <w:spacing w:before="45" w:after="45" w:line="240" w:lineRule="auto"/>
              <w:jc w:val="right"/>
            </w:pPr>
            <w:r>
              <w:rPr>
                <w:sz w:val="18"/>
              </w:rPr>
              <w:t>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F64A2C7" w14:textId="77777777" w:rsidR="004A7F88" w:rsidRDefault="00000000">
            <w:pPr>
              <w:spacing w:before="45" w:after="45" w:line="240" w:lineRule="auto"/>
              <w:jc w:val="right"/>
            </w:pPr>
            <w:r>
              <w:rPr>
                <w:sz w:val="18"/>
              </w:rPr>
              <w:t>20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2C573C7" w14:textId="77777777" w:rsidR="004A7F88" w:rsidRDefault="00000000">
            <w:pPr>
              <w:spacing w:before="45" w:after="45" w:line="240" w:lineRule="auto"/>
              <w:jc w:val="right"/>
            </w:pPr>
            <w:r>
              <w:rPr>
                <w:sz w:val="18"/>
              </w:rPr>
              <w:t>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BF757B6" w14:textId="77777777" w:rsidR="004A7F88" w:rsidRDefault="00000000">
            <w:pPr>
              <w:spacing w:before="45" w:after="45" w:line="240" w:lineRule="auto"/>
              <w:jc w:val="left"/>
            </w:pPr>
            <w:r>
              <w:rPr>
                <w:sz w:val="18"/>
              </w:rPr>
              <w:t>每点位 1 台</w:t>
            </w:r>
          </w:p>
        </w:tc>
      </w:tr>
      <w:tr w:rsidR="004A7F88" w14:paraId="0DD052C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2D0A896" w14:textId="77777777" w:rsidR="004A7F88" w:rsidRDefault="00000000">
            <w:pPr>
              <w:spacing w:before="45" w:after="45" w:line="240" w:lineRule="auto"/>
              <w:jc w:val="left"/>
            </w:pPr>
            <w:r>
              <w:rPr>
                <w:sz w:val="18"/>
              </w:rPr>
              <w:t>全真模拟考试舱</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9E0610E" w14:textId="77777777" w:rsidR="004A7F88" w:rsidRDefault="00000000">
            <w:pPr>
              <w:spacing w:before="45" w:after="45" w:line="240" w:lineRule="auto"/>
              <w:jc w:val="left"/>
              <w:rPr>
                <w:lang w:eastAsia="zh-CN"/>
              </w:rPr>
            </w:pPr>
            <w:r>
              <w:rPr>
                <w:sz w:val="18"/>
                <w:lang w:eastAsia="zh-CN"/>
              </w:rPr>
              <w:t>【待询价】三联屏环幕 + 真机遥控反震台，参考 12~16 万 / 台，暂列中下值</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FF81268" w14:textId="77777777" w:rsidR="004A7F88" w:rsidRDefault="00000000">
            <w:pPr>
              <w:spacing w:before="45" w:after="45" w:line="240" w:lineRule="auto"/>
              <w:jc w:val="right"/>
            </w:pPr>
            <w:r>
              <w:rPr>
                <w:sz w:val="18"/>
              </w:rPr>
              <w:t>135,000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AE6DBBA"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5882E09" w14:textId="77777777" w:rsidR="004A7F88" w:rsidRDefault="00000000">
            <w:pPr>
              <w:spacing w:before="45" w:after="45" w:line="240" w:lineRule="auto"/>
              <w:jc w:val="right"/>
            </w:pPr>
            <w:r>
              <w:rPr>
                <w:sz w:val="18"/>
              </w:rPr>
              <w:t>135,000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45AE356" w14:textId="77777777" w:rsidR="004A7F88" w:rsidRDefault="00000000">
            <w:pPr>
              <w:spacing w:before="45" w:after="45" w:line="240" w:lineRule="auto"/>
              <w:jc w:val="left"/>
              <w:rPr>
                <w:lang w:eastAsia="zh-CN"/>
              </w:rPr>
            </w:pPr>
            <w:r>
              <w:rPr>
                <w:sz w:val="18"/>
                <w:lang w:eastAsia="zh-CN"/>
              </w:rPr>
              <w:t>全真模拟考试核心设备</w:t>
            </w:r>
          </w:p>
        </w:tc>
      </w:tr>
      <w:tr w:rsidR="004A7F88" w14:paraId="48F84A7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C056648" w14:textId="77777777" w:rsidR="004A7F88" w:rsidRDefault="00000000">
            <w:pPr>
              <w:spacing w:before="45" w:after="45" w:line="240" w:lineRule="auto"/>
              <w:jc w:val="left"/>
              <w:rPr>
                <w:lang w:eastAsia="zh-CN"/>
              </w:rPr>
            </w:pPr>
            <w:r>
              <w:rPr>
                <w:sz w:val="18"/>
                <w:lang w:eastAsia="zh-CN"/>
              </w:rPr>
              <w:t>CAAC 理论题库与学习平台</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6318989" w14:textId="77777777" w:rsidR="004A7F88" w:rsidRDefault="00000000">
            <w:pPr>
              <w:spacing w:before="45" w:after="45" w:line="240" w:lineRule="auto"/>
              <w:jc w:val="left"/>
              <w:rPr>
                <w:lang w:eastAsia="zh-CN"/>
              </w:rPr>
            </w:pPr>
            <w:r>
              <w:rPr>
                <w:sz w:val="18"/>
                <w:lang w:eastAsia="zh-CN"/>
              </w:rPr>
              <w:t>【待询价】校本部署 /3 年授权，参考 2~4 万</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5761B24" w14:textId="77777777" w:rsidR="004A7F88" w:rsidRDefault="00000000">
            <w:pPr>
              <w:spacing w:before="45" w:after="45" w:line="240" w:lineRule="auto"/>
              <w:jc w:val="right"/>
            </w:pPr>
            <w:r>
              <w:rPr>
                <w:sz w:val="18"/>
              </w:rPr>
              <w:t>30,000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EFC3421"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C68C02A" w14:textId="77777777" w:rsidR="004A7F88" w:rsidRDefault="00000000">
            <w:pPr>
              <w:spacing w:before="45" w:after="45" w:line="240" w:lineRule="auto"/>
              <w:jc w:val="right"/>
            </w:pPr>
            <w:r>
              <w:rPr>
                <w:sz w:val="18"/>
              </w:rPr>
              <w:t>30,000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9A0CD7F" w14:textId="77777777" w:rsidR="004A7F88" w:rsidRDefault="00000000">
            <w:pPr>
              <w:spacing w:before="45" w:after="45" w:line="240" w:lineRule="auto"/>
              <w:jc w:val="left"/>
              <w:rPr>
                <w:lang w:eastAsia="zh-CN"/>
              </w:rPr>
            </w:pPr>
            <w:r>
              <w:rPr>
                <w:sz w:val="18"/>
                <w:lang w:eastAsia="zh-CN"/>
              </w:rPr>
              <w:t>理论刷题 + 模考 + 错题分析</w:t>
            </w:r>
          </w:p>
        </w:tc>
      </w:tr>
      <w:tr w:rsidR="004A7F88" w14:paraId="09D75668"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84E96F1" w14:textId="77777777" w:rsidR="004A7F88" w:rsidRDefault="00000000">
            <w:pPr>
              <w:spacing w:before="45" w:after="45" w:line="240" w:lineRule="auto"/>
              <w:jc w:val="left"/>
            </w:pPr>
            <w:r>
              <w:rPr>
                <w:sz w:val="18"/>
              </w:rPr>
              <w:t>智慧黑板</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A018D37" w14:textId="77777777" w:rsidR="004A7F88" w:rsidRDefault="00000000">
            <w:pPr>
              <w:spacing w:before="45" w:after="45" w:line="240" w:lineRule="auto"/>
              <w:jc w:val="left"/>
            </w:pPr>
            <w:r>
              <w:rPr>
                <w:sz w:val="18"/>
              </w:rPr>
              <w:t>86 寸触控一体机</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89365F3" w14:textId="77777777" w:rsidR="004A7F88" w:rsidRDefault="00000000">
            <w:pPr>
              <w:spacing w:before="45" w:after="45" w:line="240" w:lineRule="auto"/>
              <w:jc w:val="right"/>
            </w:pPr>
            <w:r>
              <w:rPr>
                <w:sz w:val="18"/>
              </w:rPr>
              <w:t>12,000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9BAF591"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46B90CB" w14:textId="77777777" w:rsidR="004A7F88" w:rsidRDefault="00000000">
            <w:pPr>
              <w:spacing w:before="45" w:after="45" w:line="240" w:lineRule="auto"/>
              <w:jc w:val="right"/>
            </w:pPr>
            <w:r>
              <w:rPr>
                <w:sz w:val="18"/>
              </w:rPr>
              <w:t>12,000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D9EA2C6" w14:textId="77777777" w:rsidR="004A7F88" w:rsidRDefault="00000000">
            <w:pPr>
              <w:spacing w:before="45" w:after="45" w:line="240" w:lineRule="auto"/>
              <w:jc w:val="left"/>
            </w:pPr>
            <w:r>
              <w:rPr>
                <w:sz w:val="18"/>
              </w:rPr>
              <w:t>理论教学主屏</w:t>
            </w:r>
          </w:p>
        </w:tc>
      </w:tr>
      <w:tr w:rsidR="004A7F88" w14:paraId="6801642D"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51A8A68" w14:textId="77777777" w:rsidR="004A7F88" w:rsidRDefault="00000000">
            <w:pPr>
              <w:spacing w:before="45" w:after="45" w:line="240" w:lineRule="auto"/>
              <w:jc w:val="left"/>
            </w:pPr>
            <w:r>
              <w:rPr>
                <w:sz w:val="18"/>
              </w:rPr>
              <w:t>模拟飞行工位桌</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63C7B38" w14:textId="77777777" w:rsidR="004A7F88" w:rsidRDefault="00000000">
            <w:pPr>
              <w:spacing w:before="45" w:after="45" w:line="240" w:lineRule="auto"/>
              <w:jc w:val="left"/>
            </w:pPr>
            <w:r>
              <w:rPr>
                <w:sz w:val="18"/>
              </w:rPr>
              <w:t>1.4m 单人工位桌</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94FD91A" w14:textId="77777777" w:rsidR="004A7F88" w:rsidRDefault="00000000">
            <w:pPr>
              <w:spacing w:before="45" w:after="45" w:line="240" w:lineRule="auto"/>
              <w:jc w:val="right"/>
            </w:pPr>
            <w:r>
              <w:rPr>
                <w:sz w:val="18"/>
              </w:rPr>
              <w:t>1,500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7489867" w14:textId="77777777" w:rsidR="004A7F88" w:rsidRDefault="00000000">
            <w:pPr>
              <w:spacing w:before="45" w:after="45" w:line="240" w:lineRule="auto"/>
              <w:jc w:val="right"/>
            </w:pPr>
            <w:r>
              <w:rPr>
                <w:sz w:val="18"/>
              </w:rPr>
              <w:t>20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70B9F14" w14:textId="77777777" w:rsidR="004A7F88" w:rsidRDefault="00000000">
            <w:pPr>
              <w:spacing w:before="45" w:after="45" w:line="240" w:lineRule="auto"/>
              <w:jc w:val="right"/>
            </w:pPr>
            <w:r>
              <w:rPr>
                <w:sz w:val="18"/>
              </w:rPr>
              <w:t>30,000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3E29F2D" w14:textId="77777777" w:rsidR="004A7F88" w:rsidRDefault="00000000">
            <w:pPr>
              <w:spacing w:before="45" w:after="45" w:line="240" w:lineRule="auto"/>
              <w:jc w:val="left"/>
            </w:pPr>
            <w:r>
              <w:rPr>
                <w:sz w:val="18"/>
              </w:rPr>
              <w:t>单人模拟工位 ×20</w:t>
            </w:r>
          </w:p>
        </w:tc>
      </w:tr>
      <w:tr w:rsidR="004A7F88" w14:paraId="4489871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86D0298" w14:textId="77777777" w:rsidR="004A7F88" w:rsidRDefault="00000000">
            <w:pPr>
              <w:spacing w:before="45" w:after="45" w:line="240" w:lineRule="auto"/>
              <w:jc w:val="left"/>
            </w:pPr>
            <w:r>
              <w:rPr>
                <w:sz w:val="18"/>
              </w:rPr>
              <w:t>工位座椅</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9093871" w14:textId="77777777" w:rsidR="004A7F88" w:rsidRDefault="00000000">
            <w:pPr>
              <w:spacing w:before="45" w:after="45" w:line="240" w:lineRule="auto"/>
              <w:jc w:val="left"/>
            </w:pPr>
            <w:r>
              <w:rPr>
                <w:sz w:val="18"/>
              </w:rPr>
              <w:t>人体工学升降椅</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1C71BDE" w14:textId="77777777" w:rsidR="004A7F88" w:rsidRDefault="00000000">
            <w:pPr>
              <w:spacing w:before="45" w:after="45" w:line="240" w:lineRule="auto"/>
              <w:jc w:val="right"/>
            </w:pPr>
            <w:r>
              <w:rPr>
                <w:sz w:val="18"/>
              </w:rPr>
              <w:t>300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E85052B" w14:textId="77777777" w:rsidR="004A7F88" w:rsidRDefault="00000000">
            <w:pPr>
              <w:spacing w:before="45" w:after="45" w:line="240" w:lineRule="auto"/>
              <w:jc w:val="right"/>
            </w:pPr>
            <w:r>
              <w:rPr>
                <w:sz w:val="18"/>
              </w:rPr>
              <w:t>20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023FD37" w14:textId="77777777" w:rsidR="004A7F88" w:rsidRDefault="00000000">
            <w:pPr>
              <w:spacing w:before="45" w:after="45" w:line="240" w:lineRule="auto"/>
              <w:jc w:val="right"/>
            </w:pPr>
            <w:r>
              <w:rPr>
                <w:sz w:val="18"/>
              </w:rPr>
              <w:t>6,000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FB60278" w14:textId="77777777" w:rsidR="004A7F88" w:rsidRDefault="00000000">
            <w:pPr>
              <w:spacing w:before="45" w:after="45" w:line="240" w:lineRule="auto"/>
              <w:jc w:val="left"/>
            </w:pPr>
            <w:r>
              <w:rPr>
                <w:sz w:val="18"/>
              </w:rPr>
              <w:t>模拟训练支撑</w:t>
            </w:r>
          </w:p>
        </w:tc>
      </w:tr>
      <w:tr w:rsidR="004A7F88" w14:paraId="6C71E6C8"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B115559" w14:textId="77777777" w:rsidR="004A7F88" w:rsidRDefault="00000000">
            <w:pPr>
              <w:spacing w:before="45" w:after="45" w:line="240" w:lineRule="auto"/>
              <w:jc w:val="left"/>
            </w:pPr>
            <w:r>
              <w:rPr>
                <w:sz w:val="18"/>
              </w:rPr>
              <w:t>空域法规教学资源包</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304342A" w14:textId="77777777" w:rsidR="004A7F88" w:rsidRDefault="00000000">
            <w:pPr>
              <w:spacing w:before="45" w:after="45" w:line="240" w:lineRule="auto"/>
              <w:jc w:val="left"/>
              <w:rPr>
                <w:lang w:eastAsia="zh-CN"/>
              </w:rPr>
            </w:pPr>
            <w:r>
              <w:rPr>
                <w:sz w:val="18"/>
                <w:lang w:eastAsia="zh-CN"/>
              </w:rPr>
              <w:t>航图 / 飞行手册 / 典型案例库</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351FA6A" w14:textId="77777777" w:rsidR="004A7F88" w:rsidRDefault="00000000">
            <w:pPr>
              <w:spacing w:before="45" w:after="45" w:line="240" w:lineRule="auto"/>
              <w:jc w:val="right"/>
            </w:pPr>
            <w:r>
              <w:rPr>
                <w:sz w:val="18"/>
              </w:rPr>
              <w:t>8,000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B006F1B"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AB313EE" w14:textId="77777777" w:rsidR="004A7F88" w:rsidRDefault="00000000">
            <w:pPr>
              <w:spacing w:before="45" w:after="45" w:line="240" w:lineRule="auto"/>
              <w:jc w:val="right"/>
            </w:pPr>
            <w:r>
              <w:rPr>
                <w:sz w:val="18"/>
              </w:rPr>
              <w:t>8,000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3108959" w14:textId="77777777" w:rsidR="004A7F88" w:rsidRDefault="00000000">
            <w:pPr>
              <w:spacing w:before="45" w:after="45" w:line="240" w:lineRule="auto"/>
              <w:jc w:val="left"/>
            </w:pPr>
            <w:r>
              <w:rPr>
                <w:sz w:val="18"/>
              </w:rPr>
              <w:t>法规教学实物教具</w:t>
            </w:r>
          </w:p>
        </w:tc>
      </w:tr>
      <w:tr w:rsidR="004A7F88" w14:paraId="50FCB2AB"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8AF837C" w14:textId="77777777" w:rsidR="004A7F88" w:rsidRDefault="00000000">
            <w:pPr>
              <w:spacing w:before="45" w:after="45" w:line="240" w:lineRule="auto"/>
              <w:jc w:val="left"/>
            </w:pPr>
            <w:r>
              <w:rPr>
                <w:sz w:val="18"/>
              </w:rPr>
              <w:t>飞行原理科普演示台</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0541D91" w14:textId="77777777" w:rsidR="004A7F88" w:rsidRDefault="00000000">
            <w:pPr>
              <w:spacing w:before="45" w:after="45" w:line="240" w:lineRule="auto"/>
              <w:jc w:val="left"/>
            </w:pPr>
            <w:r>
              <w:rPr>
                <w:sz w:val="18"/>
              </w:rPr>
              <w:t>演示教具</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5FEFE46" w14:textId="77777777" w:rsidR="004A7F88" w:rsidRDefault="00000000">
            <w:pPr>
              <w:spacing w:before="45" w:after="45" w:line="240" w:lineRule="auto"/>
              <w:jc w:val="right"/>
            </w:pPr>
            <w:r>
              <w:rPr>
                <w:sz w:val="18"/>
              </w:rPr>
              <w:t>15,000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26D788E"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CB6B11B" w14:textId="77777777" w:rsidR="004A7F88" w:rsidRDefault="00000000">
            <w:pPr>
              <w:spacing w:before="45" w:after="45" w:line="240" w:lineRule="auto"/>
              <w:jc w:val="right"/>
            </w:pPr>
            <w:r>
              <w:rPr>
                <w:sz w:val="18"/>
              </w:rPr>
              <w:t>15,000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7B54AA1" w14:textId="77777777" w:rsidR="004A7F88" w:rsidRDefault="00000000">
            <w:pPr>
              <w:spacing w:before="45" w:after="45" w:line="240" w:lineRule="auto"/>
              <w:jc w:val="left"/>
            </w:pPr>
            <w:r>
              <w:rPr>
                <w:sz w:val="18"/>
              </w:rPr>
              <w:t>全校科普通识课程</w:t>
            </w:r>
          </w:p>
        </w:tc>
      </w:tr>
      <w:tr w:rsidR="004A7F88" w14:paraId="1EA09B0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95F1C19" w14:textId="77777777" w:rsidR="004A7F88" w:rsidRDefault="00000000">
            <w:pPr>
              <w:spacing w:before="45" w:after="45" w:line="240" w:lineRule="auto"/>
              <w:jc w:val="left"/>
            </w:pPr>
            <w:r>
              <w:rPr>
                <w:sz w:val="18"/>
              </w:rPr>
              <w:t>设备防尘机柜</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0C5939F" w14:textId="77777777" w:rsidR="004A7F88" w:rsidRDefault="00000000">
            <w:pPr>
              <w:spacing w:before="45" w:after="45" w:line="240" w:lineRule="auto"/>
              <w:jc w:val="left"/>
            </w:pPr>
            <w:r>
              <w:rPr>
                <w:sz w:val="18"/>
              </w:rPr>
              <w:t>标准网络机柜改造</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6BCF880" w14:textId="77777777" w:rsidR="004A7F88" w:rsidRDefault="00000000">
            <w:pPr>
              <w:spacing w:before="45" w:after="45" w:line="240" w:lineRule="auto"/>
              <w:jc w:val="right"/>
            </w:pPr>
            <w:r>
              <w:rPr>
                <w:sz w:val="18"/>
              </w:rPr>
              <w:t>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A963A1E" w14:textId="77777777" w:rsidR="004A7F88" w:rsidRDefault="00000000">
            <w:pPr>
              <w:spacing w:before="45" w:after="45" w:line="240" w:lineRule="auto"/>
              <w:jc w:val="right"/>
            </w:pPr>
            <w:r>
              <w:rPr>
                <w:sz w:val="18"/>
              </w:rPr>
              <w:t>5</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0404ECA" w14:textId="77777777" w:rsidR="004A7F88" w:rsidRDefault="00000000">
            <w:pPr>
              <w:spacing w:before="45" w:after="45" w:line="240" w:lineRule="auto"/>
              <w:jc w:val="right"/>
            </w:pPr>
            <w:r>
              <w:rPr>
                <w:sz w:val="18"/>
              </w:rPr>
              <w:t>4,000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E1B7693" w14:textId="77777777" w:rsidR="004A7F88" w:rsidRDefault="00000000">
            <w:pPr>
              <w:spacing w:before="45" w:after="45" w:line="240" w:lineRule="auto"/>
              <w:jc w:val="left"/>
            </w:pPr>
            <w:r>
              <w:rPr>
                <w:sz w:val="18"/>
              </w:rPr>
              <w:t>操控终端防尘收纳</w:t>
            </w:r>
          </w:p>
        </w:tc>
      </w:tr>
      <w:tr w:rsidR="004A7F88" w14:paraId="6690BDA1" w14:textId="77777777">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2691DAA" w14:textId="77777777" w:rsidR="004A7F88" w:rsidRDefault="00000000">
            <w:pPr>
              <w:spacing w:before="45" w:after="45" w:line="240" w:lineRule="auto"/>
              <w:jc w:val="left"/>
            </w:pPr>
            <w:r>
              <w:rPr>
                <w:b/>
                <w:color w:val="1A237E"/>
                <w:sz w:val="18"/>
              </w:rPr>
              <w:t>合计</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5A3B15C"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3D815E0"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3CC0B18"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5D24D97" w14:textId="77777777" w:rsidR="004A7F88" w:rsidRDefault="00000000">
            <w:pPr>
              <w:spacing w:before="45" w:after="45" w:line="240" w:lineRule="auto"/>
              <w:jc w:val="right"/>
            </w:pPr>
            <w:r>
              <w:rPr>
                <w:b/>
                <w:color w:val="1A237E"/>
                <w:sz w:val="18"/>
              </w:rPr>
              <w:t>356,000</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4FF78AB2" w14:textId="77777777" w:rsidR="004A7F88" w:rsidRDefault="00000000">
            <w:pPr>
              <w:spacing w:before="45" w:after="45" w:line="240" w:lineRule="auto"/>
              <w:jc w:val="left"/>
            </w:pPr>
            <w:r>
              <w:rPr>
                <w:b/>
                <w:color w:val="1A237E"/>
                <w:sz w:val="18"/>
              </w:rPr>
              <w:t>—</w:t>
            </w:r>
          </w:p>
        </w:tc>
      </w:tr>
    </w:tbl>
    <w:p w14:paraId="59C7CA10" w14:textId="77777777" w:rsidR="004A7F88" w:rsidRDefault="00000000">
      <w:pPr>
        <w:pStyle w:val="31"/>
        <w:rPr>
          <w:lang w:eastAsia="zh-CN"/>
        </w:rPr>
      </w:pPr>
      <w:r>
        <w:rPr>
          <w:rFonts w:cs="微软雅黑" w:hint="eastAsia"/>
          <w:lang w:eastAsia="zh-CN"/>
        </w:rPr>
        <w:lastRenderedPageBreak/>
        <w:t>（三）分区3：展示体验与双创孵化角（"飞行梦想孵化器"）</w:t>
      </w:r>
    </w:p>
    <w:p w14:paraId="609FBC53" w14:textId="77777777" w:rsidR="004A7F88" w:rsidRDefault="00000000">
      <w:pPr>
        <w:rPr>
          <w:lang w:eastAsia="zh-CN"/>
        </w:rPr>
      </w:pPr>
      <w:r>
        <w:rPr>
          <w:rFonts w:cs="微软雅黑" w:hint="eastAsia"/>
          <w:b/>
          <w:lang w:eastAsia="zh-CN"/>
        </w:rPr>
        <w:t>核心定位</w:t>
      </w:r>
      <w:r>
        <w:rPr>
          <w:rFonts w:cs="微软雅黑" w:hint="eastAsia"/>
          <w:lang w:eastAsia="zh-CN"/>
        </w:rPr>
        <w:t>：无人机成果展示、科普体验与双创项目孵化微空间，面积约</w:t>
      </w:r>
      <w:r>
        <w:rPr>
          <w:lang w:eastAsia="zh-CN"/>
        </w:rPr>
        <w:t xml:space="preserve"> 15㎡</w:t>
      </w:r>
      <w:r>
        <w:rPr>
          <w:rFonts w:cs="微软雅黑" w:hint="eastAsia"/>
          <w:lang w:eastAsia="zh-CN"/>
        </w:rPr>
        <w:t>。承担成果展示、科普讲解体验、双创团队路演研讨、孵化辅导与校企合作接待功能。</w:t>
      </w:r>
    </w:p>
    <w:p w14:paraId="6B08A74C" w14:textId="77777777" w:rsidR="004A7F88" w:rsidRDefault="00000000">
      <w:pPr>
        <w:rPr>
          <w:lang w:eastAsia="zh-CN"/>
        </w:rPr>
      </w:pPr>
      <w:r>
        <w:rPr>
          <w:rFonts w:cs="微软雅黑" w:hint="eastAsia"/>
          <w:b/>
          <w:lang w:eastAsia="zh-CN"/>
        </w:rPr>
        <w:t>分区3 设备配置清单（合计 51,000 元）</w:t>
      </w:r>
    </w:p>
    <w:tbl>
      <w:tblPr>
        <w:tblW w:w="5000" w:type="pct"/>
        <w:tblLook w:val="04A0" w:firstRow="1" w:lastRow="0" w:firstColumn="1" w:lastColumn="0" w:noHBand="0" w:noVBand="1"/>
      </w:tblPr>
      <w:tblGrid>
        <w:gridCol w:w="1523"/>
        <w:gridCol w:w="1523"/>
        <w:gridCol w:w="1523"/>
        <w:gridCol w:w="1523"/>
        <w:gridCol w:w="1523"/>
        <w:gridCol w:w="1523"/>
      </w:tblGrid>
      <w:tr w:rsidR="004A7F88" w14:paraId="787EE920" w14:textId="77777777">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46070512" w14:textId="77777777" w:rsidR="004A7F88" w:rsidRDefault="00000000">
            <w:pPr>
              <w:spacing w:before="45" w:after="45" w:line="240" w:lineRule="auto"/>
              <w:jc w:val="left"/>
            </w:pPr>
            <w:r>
              <w:rPr>
                <w:b/>
                <w:color w:val="1A237E"/>
                <w:sz w:val="18"/>
              </w:rPr>
              <w:t>设备名称</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65A6420" w14:textId="77777777" w:rsidR="004A7F88" w:rsidRDefault="00000000">
            <w:pPr>
              <w:spacing w:before="45" w:after="45" w:line="240" w:lineRule="auto"/>
              <w:jc w:val="left"/>
            </w:pPr>
            <w:r>
              <w:rPr>
                <w:b/>
                <w:color w:val="1A237E"/>
                <w:sz w:val="18"/>
              </w:rPr>
              <w:t>规格参数 / 说明</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4BFD846" w14:textId="77777777" w:rsidR="004A7F88" w:rsidRDefault="00000000">
            <w:pPr>
              <w:spacing w:before="45" w:after="45" w:line="240" w:lineRule="auto"/>
              <w:jc w:val="right"/>
            </w:pPr>
            <w:r>
              <w:rPr>
                <w:b/>
                <w:color w:val="1A237E"/>
                <w:sz w:val="18"/>
              </w:rPr>
              <w:t>单价（元）</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ED8B531" w14:textId="77777777" w:rsidR="004A7F88" w:rsidRDefault="00000000">
            <w:pPr>
              <w:spacing w:before="45" w:after="45" w:line="240" w:lineRule="auto"/>
              <w:jc w:val="right"/>
            </w:pPr>
            <w:r>
              <w:rPr>
                <w:b/>
                <w:color w:val="1A237E"/>
                <w:sz w:val="18"/>
              </w:rPr>
              <w:t>数量</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AAC08BF" w14:textId="77777777" w:rsidR="004A7F88" w:rsidRDefault="00000000">
            <w:pPr>
              <w:spacing w:before="45" w:after="45" w:line="240" w:lineRule="auto"/>
              <w:jc w:val="right"/>
            </w:pPr>
            <w:r>
              <w:rPr>
                <w:b/>
                <w:color w:val="1A237E"/>
                <w:sz w:val="18"/>
              </w:rPr>
              <w:t>小计（元）</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4D84941" w14:textId="77777777" w:rsidR="004A7F88" w:rsidRDefault="00000000">
            <w:pPr>
              <w:spacing w:before="45" w:after="45" w:line="240" w:lineRule="auto"/>
              <w:jc w:val="left"/>
            </w:pPr>
            <w:r>
              <w:rPr>
                <w:b/>
                <w:color w:val="1A237E"/>
                <w:sz w:val="18"/>
              </w:rPr>
              <w:t>配置用途</w:t>
            </w:r>
          </w:p>
        </w:tc>
      </w:tr>
      <w:tr w:rsidR="004A7F88" w14:paraId="339F9D3F"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7C25867" w14:textId="77777777" w:rsidR="004A7F88" w:rsidRDefault="00000000">
            <w:pPr>
              <w:spacing w:before="45" w:after="45" w:line="240" w:lineRule="auto"/>
              <w:jc w:val="left"/>
            </w:pPr>
            <w:r>
              <w:rPr>
                <w:sz w:val="18"/>
              </w:rPr>
              <w:t>定制成果展示柜</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5C630EC" w14:textId="77777777" w:rsidR="004A7F88" w:rsidRDefault="00000000">
            <w:pPr>
              <w:spacing w:before="45" w:after="45" w:line="240" w:lineRule="auto"/>
              <w:jc w:val="left"/>
            </w:pPr>
            <w:r>
              <w:rPr>
                <w:sz w:val="18"/>
              </w:rPr>
              <w:t>玻璃展柜 + 灯带</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F4FAED8" w14:textId="77777777" w:rsidR="004A7F88" w:rsidRDefault="00000000">
            <w:pPr>
              <w:spacing w:before="45" w:after="45" w:line="240" w:lineRule="auto"/>
              <w:jc w:val="right"/>
            </w:pPr>
            <w:r>
              <w:rPr>
                <w:sz w:val="18"/>
              </w:rPr>
              <w:t>6,000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EF35787" w14:textId="77777777" w:rsidR="004A7F88" w:rsidRDefault="00000000">
            <w:pPr>
              <w:spacing w:before="45" w:after="45" w:line="240" w:lineRule="auto"/>
              <w:jc w:val="right"/>
            </w:pPr>
            <w:r>
              <w:rPr>
                <w:sz w:val="18"/>
              </w:rPr>
              <w:t>2</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871C5AF" w14:textId="77777777" w:rsidR="004A7F88" w:rsidRDefault="00000000">
            <w:pPr>
              <w:spacing w:before="45" w:after="45" w:line="240" w:lineRule="auto"/>
              <w:jc w:val="right"/>
            </w:pPr>
            <w:r>
              <w:rPr>
                <w:sz w:val="18"/>
              </w:rPr>
              <w:t>12,000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FB9BD4B" w14:textId="77777777" w:rsidR="004A7F88" w:rsidRDefault="00000000">
            <w:pPr>
              <w:spacing w:before="45" w:after="45" w:line="240" w:lineRule="auto"/>
              <w:jc w:val="left"/>
            </w:pPr>
            <w:r>
              <w:rPr>
                <w:sz w:val="18"/>
              </w:rPr>
              <w:t>作品 / 证书 / 成果展示</w:t>
            </w:r>
          </w:p>
        </w:tc>
      </w:tr>
      <w:tr w:rsidR="004A7F88" w14:paraId="1F4B1844"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D6039CE" w14:textId="77777777" w:rsidR="004A7F88" w:rsidRDefault="00000000">
            <w:pPr>
              <w:spacing w:before="45" w:after="45" w:line="240" w:lineRule="auto"/>
              <w:jc w:val="left"/>
              <w:rPr>
                <w:lang w:eastAsia="zh-CN"/>
              </w:rPr>
            </w:pPr>
            <w:r>
              <w:rPr>
                <w:sz w:val="18"/>
                <w:lang w:eastAsia="zh-CN"/>
              </w:rPr>
              <w:t>86 寸商用显示屏 + 移动支架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F9644FD" w14:textId="77777777" w:rsidR="004A7F88" w:rsidRDefault="00000000">
            <w:pPr>
              <w:spacing w:before="45" w:after="45" w:line="240" w:lineRule="auto"/>
              <w:jc w:val="left"/>
            </w:pPr>
            <w:r>
              <w:rPr>
                <w:sz w:val="18"/>
              </w:rPr>
              <w:t>商用级</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2E17DBF" w14:textId="77777777" w:rsidR="004A7F88" w:rsidRDefault="00000000">
            <w:pPr>
              <w:spacing w:before="45" w:after="45" w:line="240" w:lineRule="auto"/>
              <w:jc w:val="right"/>
            </w:pPr>
            <w:r>
              <w:rPr>
                <w:sz w:val="18"/>
              </w:rPr>
              <w:t>8,000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FA1C814"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C8569E2" w14:textId="77777777" w:rsidR="004A7F88" w:rsidRDefault="00000000">
            <w:pPr>
              <w:spacing w:before="45" w:after="45" w:line="240" w:lineRule="auto"/>
              <w:jc w:val="right"/>
            </w:pPr>
            <w:r>
              <w:rPr>
                <w:sz w:val="18"/>
              </w:rPr>
              <w:t>8,000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53BB993" w14:textId="77777777" w:rsidR="004A7F88" w:rsidRDefault="00000000">
            <w:pPr>
              <w:spacing w:before="45" w:after="45" w:line="240" w:lineRule="auto"/>
              <w:jc w:val="left"/>
            </w:pPr>
            <w:r>
              <w:rPr>
                <w:sz w:val="18"/>
              </w:rPr>
              <w:t>路演播放 / 数据大屏</w:t>
            </w:r>
          </w:p>
        </w:tc>
      </w:tr>
      <w:tr w:rsidR="004A7F88" w14:paraId="0E9D5F6B"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EEEB6B5" w14:textId="77777777" w:rsidR="004A7F88" w:rsidRDefault="00000000">
            <w:pPr>
              <w:spacing w:before="45" w:after="45" w:line="240" w:lineRule="auto"/>
              <w:jc w:val="left"/>
            </w:pPr>
            <w:r>
              <w:rPr>
                <w:sz w:val="18"/>
              </w:rPr>
              <w:t>VR 科普体验套装</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6E3F49A" w14:textId="77777777" w:rsidR="004A7F88" w:rsidRDefault="00000000">
            <w:pPr>
              <w:spacing w:before="45" w:after="45" w:line="240" w:lineRule="auto"/>
              <w:jc w:val="left"/>
              <w:rPr>
                <w:lang w:eastAsia="zh-CN"/>
              </w:rPr>
            </w:pPr>
            <w:r>
              <w:rPr>
                <w:sz w:val="18"/>
                <w:lang w:eastAsia="zh-CN"/>
              </w:rPr>
              <w:t>VR 一体机 + 航空内容库</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22B9049" w14:textId="77777777" w:rsidR="004A7F88" w:rsidRDefault="00000000">
            <w:pPr>
              <w:spacing w:before="45" w:after="45" w:line="240" w:lineRule="auto"/>
              <w:jc w:val="right"/>
            </w:pPr>
            <w:r>
              <w:rPr>
                <w:sz w:val="18"/>
              </w:rPr>
              <w:t>4,500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C4B2047" w14:textId="77777777" w:rsidR="004A7F88" w:rsidRDefault="00000000">
            <w:pPr>
              <w:spacing w:before="45" w:after="45" w:line="240" w:lineRule="auto"/>
              <w:jc w:val="right"/>
            </w:pPr>
            <w:r>
              <w:rPr>
                <w:sz w:val="18"/>
              </w:rPr>
              <w:t>2</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92222E0" w14:textId="77777777" w:rsidR="004A7F88" w:rsidRDefault="00000000">
            <w:pPr>
              <w:spacing w:before="45" w:after="45" w:line="240" w:lineRule="auto"/>
              <w:jc w:val="right"/>
            </w:pPr>
            <w:r>
              <w:rPr>
                <w:sz w:val="18"/>
              </w:rPr>
              <w:t>9,000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DA0D879" w14:textId="77777777" w:rsidR="004A7F88" w:rsidRDefault="00000000">
            <w:pPr>
              <w:spacing w:before="45" w:after="45" w:line="240" w:lineRule="auto"/>
              <w:jc w:val="left"/>
            </w:pPr>
            <w:r>
              <w:rPr>
                <w:sz w:val="18"/>
              </w:rPr>
              <w:t>沉浸体验</w:t>
            </w:r>
          </w:p>
        </w:tc>
      </w:tr>
      <w:tr w:rsidR="004A7F88" w14:paraId="74EEE60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6624DF5" w14:textId="77777777" w:rsidR="004A7F88" w:rsidRDefault="00000000">
            <w:pPr>
              <w:spacing w:before="45" w:after="45" w:line="240" w:lineRule="auto"/>
              <w:jc w:val="left"/>
            </w:pPr>
            <w:r>
              <w:rPr>
                <w:sz w:val="18"/>
              </w:rPr>
              <w:t>展示用真机模型</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45591C9" w14:textId="77777777" w:rsidR="004A7F88" w:rsidRDefault="00000000">
            <w:pPr>
              <w:spacing w:before="45" w:after="45" w:line="240" w:lineRule="auto"/>
              <w:jc w:val="left"/>
            </w:pPr>
            <w:r>
              <w:rPr>
                <w:sz w:val="18"/>
              </w:rPr>
              <w:t>教学退役机 / 等比模型</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1C6A76F" w14:textId="77777777" w:rsidR="004A7F88" w:rsidRDefault="00000000">
            <w:pPr>
              <w:spacing w:before="45" w:after="45" w:line="240" w:lineRule="auto"/>
              <w:jc w:val="right"/>
            </w:pPr>
            <w:r>
              <w:rPr>
                <w:sz w:val="18"/>
              </w:rPr>
              <w:t>3,000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D1217E0" w14:textId="77777777" w:rsidR="004A7F88" w:rsidRDefault="00000000">
            <w:pPr>
              <w:spacing w:before="45" w:after="45" w:line="240" w:lineRule="auto"/>
              <w:jc w:val="right"/>
            </w:pPr>
            <w:r>
              <w:rPr>
                <w:sz w:val="18"/>
              </w:rPr>
              <w:t>3</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A2AE251" w14:textId="77777777" w:rsidR="004A7F88" w:rsidRDefault="00000000">
            <w:pPr>
              <w:spacing w:before="45" w:after="45" w:line="240" w:lineRule="auto"/>
              <w:jc w:val="right"/>
            </w:pPr>
            <w:r>
              <w:rPr>
                <w:sz w:val="18"/>
              </w:rPr>
              <w:t>9,000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A38ED27" w14:textId="77777777" w:rsidR="004A7F88" w:rsidRDefault="00000000">
            <w:pPr>
              <w:spacing w:before="45" w:after="45" w:line="240" w:lineRule="auto"/>
              <w:jc w:val="left"/>
              <w:rPr>
                <w:lang w:eastAsia="zh-CN"/>
              </w:rPr>
            </w:pPr>
            <w:r>
              <w:rPr>
                <w:sz w:val="18"/>
                <w:lang w:eastAsia="zh-CN"/>
              </w:rPr>
              <w:t>实物展示，可拆讲结构</w:t>
            </w:r>
          </w:p>
        </w:tc>
      </w:tr>
      <w:tr w:rsidR="004A7F88" w14:paraId="1D464621"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BFC8EB7" w14:textId="77777777" w:rsidR="004A7F88" w:rsidRDefault="00000000">
            <w:pPr>
              <w:spacing w:before="45" w:after="45" w:line="240" w:lineRule="auto"/>
              <w:jc w:val="left"/>
            </w:pPr>
            <w:r>
              <w:rPr>
                <w:sz w:val="18"/>
              </w:rPr>
              <w:t>双创孵化物料套件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2FBBE0C" w14:textId="77777777" w:rsidR="004A7F88" w:rsidRDefault="00000000">
            <w:pPr>
              <w:spacing w:before="45" w:after="45" w:line="240" w:lineRule="auto"/>
              <w:jc w:val="left"/>
            </w:pPr>
            <w:r>
              <w:rPr>
                <w:sz w:val="18"/>
              </w:rPr>
              <w:t>路演白板 / 计时器 / 展架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EB6BBB5" w14:textId="77777777" w:rsidR="004A7F88" w:rsidRDefault="00000000">
            <w:pPr>
              <w:spacing w:before="45" w:after="45" w:line="240" w:lineRule="auto"/>
              <w:jc w:val="right"/>
            </w:pPr>
            <w:r>
              <w:rPr>
                <w:sz w:val="18"/>
              </w:rPr>
              <w:t>3,000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34BF795"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465C707" w14:textId="77777777" w:rsidR="004A7F88" w:rsidRDefault="00000000">
            <w:pPr>
              <w:spacing w:before="45" w:after="45" w:line="240" w:lineRule="auto"/>
              <w:jc w:val="right"/>
            </w:pPr>
            <w:r>
              <w:rPr>
                <w:sz w:val="18"/>
              </w:rPr>
              <w:t>3,000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F911E5B" w14:textId="77777777" w:rsidR="004A7F88" w:rsidRDefault="00000000">
            <w:pPr>
              <w:spacing w:before="45" w:after="45" w:line="240" w:lineRule="auto"/>
              <w:jc w:val="left"/>
            </w:pPr>
            <w:r>
              <w:rPr>
                <w:sz w:val="18"/>
              </w:rPr>
              <w:t>路演打磨</w:t>
            </w:r>
          </w:p>
        </w:tc>
      </w:tr>
      <w:tr w:rsidR="004A7F88" w14:paraId="2AB7E1C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BFD14E4" w14:textId="77777777" w:rsidR="004A7F88" w:rsidRDefault="00000000">
            <w:pPr>
              <w:spacing w:before="45" w:after="45" w:line="240" w:lineRule="auto"/>
              <w:jc w:val="left"/>
            </w:pPr>
            <w:r>
              <w:rPr>
                <w:sz w:val="18"/>
              </w:rPr>
              <w:t>文化墙背板</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7172B72" w14:textId="77777777" w:rsidR="004A7F88" w:rsidRDefault="00000000">
            <w:pPr>
              <w:spacing w:before="45" w:after="45" w:line="240" w:lineRule="auto"/>
              <w:jc w:val="left"/>
            </w:pPr>
            <w:r>
              <w:rPr>
                <w:sz w:val="18"/>
              </w:rPr>
              <w:t>定制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EEA8C3B" w14:textId="77777777" w:rsidR="004A7F88" w:rsidRDefault="00000000">
            <w:pPr>
              <w:spacing w:before="45" w:after="45" w:line="240" w:lineRule="auto"/>
              <w:jc w:val="right"/>
            </w:pPr>
            <w:r>
              <w:rPr>
                <w:sz w:val="18"/>
              </w:rPr>
              <w:t>10,000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71288C7"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D160FDD" w14:textId="77777777" w:rsidR="004A7F88" w:rsidRDefault="00000000">
            <w:pPr>
              <w:spacing w:before="45" w:after="45" w:line="240" w:lineRule="auto"/>
              <w:jc w:val="right"/>
            </w:pPr>
            <w:r>
              <w:rPr>
                <w:sz w:val="18"/>
              </w:rPr>
              <w:t>10,000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26B5565" w14:textId="77777777" w:rsidR="004A7F88" w:rsidRDefault="00000000">
            <w:pPr>
              <w:spacing w:before="45" w:after="45" w:line="240" w:lineRule="auto"/>
              <w:jc w:val="left"/>
            </w:pPr>
            <w:r>
              <w:rPr>
                <w:sz w:val="18"/>
              </w:rPr>
              <w:t>基地文化标识</w:t>
            </w:r>
          </w:p>
        </w:tc>
      </w:tr>
      <w:tr w:rsidR="004A7F88" w14:paraId="682180EA" w14:textId="77777777">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B5E54B4" w14:textId="77777777" w:rsidR="004A7F88" w:rsidRDefault="00000000">
            <w:pPr>
              <w:spacing w:before="45" w:after="45" w:line="240" w:lineRule="auto"/>
              <w:jc w:val="left"/>
            </w:pPr>
            <w:r>
              <w:rPr>
                <w:b/>
                <w:color w:val="1A237E"/>
                <w:sz w:val="18"/>
              </w:rPr>
              <w:t>合计</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CE4786D"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3ECAAF8"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9679681"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605A55D" w14:textId="77777777" w:rsidR="004A7F88" w:rsidRDefault="00000000">
            <w:pPr>
              <w:spacing w:before="45" w:after="45" w:line="240" w:lineRule="auto"/>
              <w:jc w:val="right"/>
            </w:pPr>
            <w:r>
              <w:rPr>
                <w:b/>
                <w:color w:val="1A237E"/>
                <w:sz w:val="18"/>
              </w:rPr>
              <w:t>51,000</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1A593BD" w14:textId="77777777" w:rsidR="004A7F88" w:rsidRDefault="00000000">
            <w:pPr>
              <w:spacing w:before="45" w:after="45" w:line="240" w:lineRule="auto"/>
              <w:jc w:val="left"/>
            </w:pPr>
            <w:r>
              <w:rPr>
                <w:b/>
                <w:color w:val="1A237E"/>
                <w:sz w:val="18"/>
              </w:rPr>
              <w:t>—</w:t>
            </w:r>
          </w:p>
        </w:tc>
      </w:tr>
    </w:tbl>
    <w:p w14:paraId="685B873E" w14:textId="77777777" w:rsidR="004A7F88" w:rsidRDefault="00000000">
      <w:pPr>
        <w:pStyle w:val="31"/>
        <w:rPr>
          <w:lang w:eastAsia="zh-CN"/>
        </w:rPr>
      </w:pPr>
      <w:r>
        <w:rPr>
          <w:rFonts w:cs="微软雅黑" w:hint="eastAsia"/>
          <w:lang w:eastAsia="zh-CN"/>
        </w:rPr>
        <w:t>（四）分区4：室外飞行训练场（操场划设）</w:t>
      </w:r>
    </w:p>
    <w:p w14:paraId="1A60477E" w14:textId="77777777" w:rsidR="004A7F88" w:rsidRDefault="00000000">
      <w:pPr>
        <w:spacing w:after="120"/>
        <w:rPr>
          <w:lang w:eastAsia="zh-CN"/>
        </w:rPr>
      </w:pPr>
      <w:r>
        <w:rPr>
          <w:rFonts w:cs="微软雅黑" w:hint="eastAsia"/>
          <w:b/>
          <w:lang w:eastAsia="zh-CN"/>
        </w:rPr>
        <w:t>核心定位</w:t>
      </w:r>
      <w:r>
        <w:rPr>
          <w:rFonts w:cs="微软雅黑" w:hint="eastAsia"/>
          <w:lang w:eastAsia="zh-CN"/>
        </w:rPr>
        <w:t>：真机实操飞行与考证实操训练的户外练兵场，依托学校现有操场零成本划设（不占室内面积，空域使用需校方协调确认并遵守相关飞行管理规定）。承担真机起降、悬停、航线飞行教学，</w:t>
      </w:r>
      <w:r>
        <w:rPr>
          <w:lang w:eastAsia="zh-CN"/>
        </w:rPr>
        <w:t xml:space="preserve">CAAC </w:t>
      </w:r>
      <w:r>
        <w:rPr>
          <w:rFonts w:cs="微软雅黑" w:hint="eastAsia"/>
          <w:lang w:eastAsia="zh-CN"/>
        </w:rPr>
        <w:t>实操科目对标训练（含</w:t>
      </w:r>
      <w:r>
        <w:rPr>
          <w:lang w:eastAsia="zh-CN"/>
        </w:rPr>
        <w:t xml:space="preserve"> 360°</w:t>
      </w:r>
      <w:r>
        <w:rPr>
          <w:rFonts w:cs="微软雅黑" w:hint="eastAsia"/>
          <w:lang w:eastAsia="zh-CN"/>
        </w:rPr>
        <w:t>自旋、水平八字等），编队飞行与飞行表演类第二课堂活动，行业应用场景演练及飞行安全教育。</w:t>
      </w:r>
    </w:p>
    <w:p w14:paraId="7AA36AD0" w14:textId="77777777" w:rsidR="004A7F88" w:rsidRDefault="00000000">
      <w:pPr>
        <w:keepNext/>
        <w:spacing w:before="120" w:after="60"/>
        <w:jc w:val="center"/>
      </w:pPr>
      <w:r>
        <w:rPr>
          <w:noProof/>
        </w:rPr>
        <w:lastRenderedPageBreak/>
        <w:drawing>
          <wp:inline distT="0" distB="0" distL="0" distR="0" wp14:anchorId="297651B1" wp14:editId="3B28CB31">
            <wp:extent cx="4680000" cy="312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4680000" cy="3120000"/>
                    </a:xfrm>
                    <a:prstGeom prst="rect">
                      <a:avLst/>
                    </a:prstGeom>
                  </pic:spPr>
                </pic:pic>
              </a:graphicData>
            </a:graphic>
          </wp:inline>
        </w:drawing>
      </w:r>
    </w:p>
    <w:p w14:paraId="6A4596AF" w14:textId="77777777" w:rsidR="004A7F88" w:rsidRDefault="00000000">
      <w:pPr>
        <w:spacing w:after="200"/>
        <w:jc w:val="center"/>
        <w:rPr>
          <w:lang w:eastAsia="zh-CN"/>
        </w:rPr>
      </w:pPr>
      <w:r>
        <w:rPr>
          <w:rFonts w:cs="微软雅黑" w:hint="eastAsia"/>
          <w:lang w:eastAsia="zh-CN"/>
        </w:rPr>
        <w:t>图</w:t>
      </w:r>
      <w:r>
        <w:rPr>
          <w:lang w:eastAsia="zh-CN"/>
        </w:rPr>
        <w:t xml:space="preserve">3 </w:t>
      </w:r>
      <w:r>
        <w:rPr>
          <w:rFonts w:cs="微软雅黑" w:hint="eastAsia"/>
          <w:lang w:eastAsia="zh-CN"/>
        </w:rPr>
        <w:t>室外飞行训练场布局（示意图）</w:t>
      </w:r>
    </w:p>
    <w:p w14:paraId="0AB2B1C9" w14:textId="77777777" w:rsidR="004A7F88" w:rsidRDefault="00000000">
      <w:pPr>
        <w:rPr>
          <w:lang w:eastAsia="zh-CN"/>
        </w:rPr>
      </w:pPr>
      <w:r>
        <w:rPr>
          <w:rFonts w:cs="微软雅黑" w:hint="eastAsia"/>
          <w:b/>
          <w:lang w:eastAsia="zh-CN"/>
        </w:rPr>
        <w:t>分区4 设备配置清单（合计 181,800 元）</w:t>
      </w:r>
    </w:p>
    <w:tbl>
      <w:tblPr>
        <w:tblW w:w="5000" w:type="pct"/>
        <w:tblLook w:val="04A0" w:firstRow="1" w:lastRow="0" w:firstColumn="1" w:lastColumn="0" w:noHBand="0" w:noVBand="1"/>
      </w:tblPr>
      <w:tblGrid>
        <w:gridCol w:w="1523"/>
        <w:gridCol w:w="1523"/>
        <w:gridCol w:w="1523"/>
        <w:gridCol w:w="1523"/>
        <w:gridCol w:w="1523"/>
        <w:gridCol w:w="1523"/>
      </w:tblGrid>
      <w:tr w:rsidR="004A7F88" w14:paraId="1D3009C6" w14:textId="77777777">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45B2951" w14:textId="77777777" w:rsidR="004A7F88" w:rsidRDefault="00000000">
            <w:pPr>
              <w:spacing w:before="45" w:after="45" w:line="240" w:lineRule="auto"/>
              <w:jc w:val="left"/>
            </w:pPr>
            <w:r>
              <w:rPr>
                <w:b/>
                <w:color w:val="1A237E"/>
                <w:sz w:val="18"/>
              </w:rPr>
              <w:t>设备名称</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84CABDE" w14:textId="77777777" w:rsidR="004A7F88" w:rsidRDefault="00000000">
            <w:pPr>
              <w:spacing w:before="45" w:after="45" w:line="240" w:lineRule="auto"/>
              <w:jc w:val="left"/>
            </w:pPr>
            <w:r>
              <w:rPr>
                <w:b/>
                <w:color w:val="1A237E"/>
                <w:sz w:val="18"/>
              </w:rPr>
              <w:t>规格参数 / 说明</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06A3A43" w14:textId="77777777" w:rsidR="004A7F88" w:rsidRDefault="00000000">
            <w:pPr>
              <w:spacing w:before="45" w:after="45" w:line="240" w:lineRule="auto"/>
              <w:jc w:val="right"/>
            </w:pPr>
            <w:r>
              <w:rPr>
                <w:b/>
                <w:color w:val="1A237E"/>
                <w:sz w:val="18"/>
              </w:rPr>
              <w:t>单价（元）</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64A1BA5" w14:textId="77777777" w:rsidR="004A7F88" w:rsidRDefault="00000000">
            <w:pPr>
              <w:spacing w:before="45" w:after="45" w:line="240" w:lineRule="auto"/>
              <w:jc w:val="right"/>
            </w:pPr>
            <w:r>
              <w:rPr>
                <w:b/>
                <w:color w:val="1A237E"/>
                <w:sz w:val="18"/>
              </w:rPr>
              <w:t>数量</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41353CB" w14:textId="77777777" w:rsidR="004A7F88" w:rsidRDefault="00000000">
            <w:pPr>
              <w:spacing w:before="45" w:after="45" w:line="240" w:lineRule="auto"/>
              <w:jc w:val="right"/>
            </w:pPr>
            <w:r>
              <w:rPr>
                <w:b/>
                <w:color w:val="1A237E"/>
                <w:sz w:val="18"/>
              </w:rPr>
              <w:t>小计（元）</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4827E32" w14:textId="77777777" w:rsidR="004A7F88" w:rsidRDefault="00000000">
            <w:pPr>
              <w:spacing w:before="45" w:after="45" w:line="240" w:lineRule="auto"/>
              <w:jc w:val="left"/>
            </w:pPr>
            <w:r>
              <w:rPr>
                <w:b/>
                <w:color w:val="1A237E"/>
                <w:sz w:val="18"/>
              </w:rPr>
              <w:t>配置用途</w:t>
            </w:r>
          </w:p>
        </w:tc>
      </w:tr>
      <w:tr w:rsidR="004A7F88" w14:paraId="171C9141"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6F3C0F4" w14:textId="77777777" w:rsidR="004A7F88" w:rsidRDefault="00000000">
            <w:pPr>
              <w:spacing w:before="45" w:after="45" w:line="240" w:lineRule="auto"/>
              <w:jc w:val="left"/>
              <w:rPr>
                <w:lang w:eastAsia="zh-CN"/>
              </w:rPr>
            </w:pPr>
            <w:r>
              <w:rPr>
                <w:sz w:val="18"/>
                <w:lang w:eastAsia="zh-CN"/>
              </w:rPr>
              <w:t>CAAC 训练用多旋翼</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03E2A2E" w14:textId="77777777" w:rsidR="004A7F88" w:rsidRDefault="00000000">
            <w:pPr>
              <w:spacing w:before="45" w:after="45" w:line="240" w:lineRule="auto"/>
              <w:jc w:val="left"/>
              <w:rPr>
                <w:lang w:eastAsia="zh-CN"/>
              </w:rPr>
            </w:pPr>
            <w:r>
              <w:rPr>
                <w:sz w:val="18"/>
                <w:lang w:eastAsia="zh-CN"/>
              </w:rPr>
              <w:t>【待询价】 7kg 级以内视距内科目机（碳纤机架 +GPS+ 遥控），参考 1.2~1.8 万 / 架，暂列中值</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BE502DF" w14:textId="77777777" w:rsidR="004A7F88" w:rsidRDefault="00000000">
            <w:pPr>
              <w:spacing w:before="45" w:after="45" w:line="240" w:lineRule="auto"/>
              <w:jc w:val="right"/>
            </w:pPr>
            <w:r>
              <w:rPr>
                <w:sz w:val="18"/>
              </w:rPr>
              <w:t>15,000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BAC0EE3" w14:textId="77777777" w:rsidR="004A7F88" w:rsidRDefault="00000000">
            <w:pPr>
              <w:spacing w:before="45" w:after="45" w:line="240" w:lineRule="auto"/>
              <w:jc w:val="right"/>
            </w:pPr>
            <w:r>
              <w:rPr>
                <w:sz w:val="18"/>
              </w:rPr>
              <w:t>4</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2C3E732" w14:textId="77777777" w:rsidR="004A7F88" w:rsidRDefault="00000000">
            <w:pPr>
              <w:spacing w:before="45" w:after="45" w:line="240" w:lineRule="auto"/>
              <w:jc w:val="right"/>
            </w:pPr>
            <w:r>
              <w:rPr>
                <w:sz w:val="18"/>
              </w:rPr>
              <w:t>60,000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0891CA4" w14:textId="77777777" w:rsidR="004A7F88" w:rsidRDefault="00000000">
            <w:pPr>
              <w:spacing w:before="45" w:after="45" w:line="240" w:lineRule="auto"/>
              <w:jc w:val="left"/>
              <w:rPr>
                <w:lang w:eastAsia="zh-CN"/>
              </w:rPr>
            </w:pPr>
            <w:r>
              <w:rPr>
                <w:sz w:val="18"/>
                <w:lang w:eastAsia="zh-CN"/>
              </w:rPr>
              <w:t>对标 CAAC 实操考试机型</w:t>
            </w:r>
          </w:p>
        </w:tc>
      </w:tr>
      <w:tr w:rsidR="004A7F88" w14:paraId="7D9D00DF"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DFD34A5" w14:textId="77777777" w:rsidR="004A7F88" w:rsidRDefault="00000000">
            <w:pPr>
              <w:spacing w:before="45" w:after="45" w:line="240" w:lineRule="auto"/>
              <w:jc w:val="left"/>
            </w:pPr>
            <w:r>
              <w:rPr>
                <w:sz w:val="18"/>
              </w:rPr>
              <w:t>入门练习四旋翼</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5D9631A" w14:textId="77777777" w:rsidR="004A7F88" w:rsidRDefault="00000000">
            <w:pPr>
              <w:spacing w:before="45" w:after="45" w:line="240" w:lineRule="auto"/>
              <w:jc w:val="left"/>
            </w:pPr>
            <w:r>
              <w:rPr>
                <w:sz w:val="18"/>
              </w:rPr>
              <w:t>含备用桨 / 电池</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FBBA905" w14:textId="77777777" w:rsidR="004A7F88" w:rsidRDefault="00000000">
            <w:pPr>
              <w:spacing w:before="45" w:after="45" w:line="240" w:lineRule="auto"/>
              <w:jc w:val="right"/>
            </w:pPr>
            <w:r>
              <w:rPr>
                <w:sz w:val="18"/>
              </w:rPr>
              <w:t>3,000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D501716" w14:textId="77777777" w:rsidR="004A7F88" w:rsidRDefault="00000000">
            <w:pPr>
              <w:spacing w:before="45" w:after="45" w:line="240" w:lineRule="auto"/>
              <w:jc w:val="right"/>
            </w:pPr>
            <w:r>
              <w:rPr>
                <w:sz w:val="18"/>
              </w:rPr>
              <w:t>8</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4925A9E" w14:textId="77777777" w:rsidR="004A7F88" w:rsidRDefault="00000000">
            <w:pPr>
              <w:spacing w:before="45" w:after="45" w:line="240" w:lineRule="auto"/>
              <w:jc w:val="right"/>
            </w:pPr>
            <w:r>
              <w:rPr>
                <w:sz w:val="18"/>
              </w:rPr>
              <w:t>24,000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DAB3F03" w14:textId="77777777" w:rsidR="004A7F88" w:rsidRDefault="00000000">
            <w:pPr>
              <w:spacing w:before="45" w:after="45" w:line="240" w:lineRule="auto"/>
              <w:jc w:val="left"/>
              <w:rPr>
                <w:lang w:eastAsia="zh-CN"/>
              </w:rPr>
            </w:pPr>
            <w:r>
              <w:rPr>
                <w:sz w:val="18"/>
                <w:lang w:eastAsia="zh-CN"/>
              </w:rPr>
              <w:t>新手入门，降低训练机损耗</w:t>
            </w:r>
          </w:p>
        </w:tc>
      </w:tr>
      <w:tr w:rsidR="004A7F88" w14:paraId="2CF7E009"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B37605A" w14:textId="77777777" w:rsidR="004A7F88" w:rsidRDefault="00000000">
            <w:pPr>
              <w:spacing w:before="45" w:after="45" w:line="240" w:lineRule="auto"/>
              <w:jc w:val="left"/>
            </w:pPr>
            <w:r>
              <w:rPr>
                <w:sz w:val="18"/>
              </w:rPr>
              <w:t>移动式安全隔离网</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678218D" w14:textId="77777777" w:rsidR="004A7F88" w:rsidRDefault="00000000">
            <w:pPr>
              <w:spacing w:before="45" w:after="45" w:line="240" w:lineRule="auto"/>
              <w:jc w:val="left"/>
              <w:rPr>
                <w:lang w:eastAsia="zh-CN"/>
              </w:rPr>
            </w:pPr>
            <w:r>
              <w:rPr>
                <w:sz w:val="18"/>
                <w:lang w:eastAsia="zh-CN"/>
              </w:rPr>
              <w:t>定制约 120m （含警示标识）</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9AC1BA8" w14:textId="77777777" w:rsidR="004A7F88" w:rsidRDefault="00000000">
            <w:pPr>
              <w:spacing w:before="45" w:after="45" w:line="240" w:lineRule="auto"/>
              <w:jc w:val="right"/>
            </w:pPr>
            <w:r>
              <w:rPr>
                <w:sz w:val="18"/>
              </w:rPr>
              <w:t>150 （元 /m ）</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AADB20E" w14:textId="77777777" w:rsidR="004A7F88" w:rsidRDefault="00000000">
            <w:pPr>
              <w:spacing w:before="45" w:after="45" w:line="240" w:lineRule="auto"/>
              <w:jc w:val="right"/>
            </w:pPr>
            <w:r>
              <w:rPr>
                <w:sz w:val="18"/>
              </w:rPr>
              <w:t>120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4949B81" w14:textId="77777777" w:rsidR="004A7F88" w:rsidRDefault="00000000">
            <w:pPr>
              <w:spacing w:before="45" w:after="45" w:line="240" w:lineRule="auto"/>
              <w:jc w:val="right"/>
            </w:pPr>
            <w:r>
              <w:rPr>
                <w:sz w:val="18"/>
              </w:rPr>
              <w:t>18,000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41E643A" w14:textId="77777777" w:rsidR="004A7F88" w:rsidRDefault="00000000">
            <w:pPr>
              <w:spacing w:before="45" w:after="45" w:line="240" w:lineRule="auto"/>
              <w:jc w:val="left"/>
            </w:pPr>
            <w:r>
              <w:rPr>
                <w:sz w:val="18"/>
              </w:rPr>
              <w:t>训练区硬隔离</w:t>
            </w:r>
          </w:p>
        </w:tc>
      </w:tr>
      <w:tr w:rsidR="004A7F88" w14:paraId="36C6CFA5"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C5A8061" w14:textId="77777777" w:rsidR="004A7F88" w:rsidRDefault="00000000">
            <w:pPr>
              <w:spacing w:before="45" w:after="45" w:line="240" w:lineRule="auto"/>
              <w:jc w:val="left"/>
            </w:pPr>
            <w:r>
              <w:rPr>
                <w:sz w:val="18"/>
              </w:rPr>
              <w:t>训练场划线与标识</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6FBCB2C" w14:textId="77777777" w:rsidR="004A7F88" w:rsidRDefault="00000000">
            <w:pPr>
              <w:spacing w:before="45" w:after="45" w:line="240" w:lineRule="auto"/>
              <w:jc w:val="left"/>
              <w:rPr>
                <w:lang w:eastAsia="zh-CN"/>
              </w:rPr>
            </w:pPr>
            <w:r>
              <w:rPr>
                <w:sz w:val="18"/>
                <w:lang w:eastAsia="zh-CN"/>
              </w:rPr>
              <w:t>定制（起降区 / 航线 / 水平八字标线）</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4AE5132" w14:textId="77777777" w:rsidR="004A7F88" w:rsidRDefault="00000000">
            <w:pPr>
              <w:spacing w:before="45" w:after="45" w:line="240" w:lineRule="auto"/>
              <w:jc w:val="right"/>
            </w:pPr>
            <w:r>
              <w:rPr>
                <w:sz w:val="18"/>
              </w:rPr>
              <w:t>5,000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E6DA888"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FE73A2D" w14:textId="77777777" w:rsidR="004A7F88" w:rsidRDefault="00000000">
            <w:pPr>
              <w:spacing w:before="45" w:after="45" w:line="240" w:lineRule="auto"/>
              <w:jc w:val="right"/>
            </w:pPr>
            <w:r>
              <w:rPr>
                <w:sz w:val="18"/>
              </w:rPr>
              <w:t>5,000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4AFC936" w14:textId="77777777" w:rsidR="004A7F88" w:rsidRDefault="00000000">
            <w:pPr>
              <w:spacing w:before="45" w:after="45" w:line="240" w:lineRule="auto"/>
              <w:jc w:val="left"/>
            </w:pPr>
            <w:r>
              <w:rPr>
                <w:sz w:val="18"/>
              </w:rPr>
              <w:t>对标考试场地标准</w:t>
            </w:r>
          </w:p>
        </w:tc>
      </w:tr>
      <w:tr w:rsidR="004A7F88" w14:paraId="541899D6"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418BB2C" w14:textId="77777777" w:rsidR="004A7F88" w:rsidRDefault="00000000">
            <w:pPr>
              <w:spacing w:before="45" w:after="45" w:line="240" w:lineRule="auto"/>
              <w:jc w:val="left"/>
            </w:pPr>
            <w:r>
              <w:rPr>
                <w:sz w:val="18"/>
              </w:rPr>
              <w:t>起降平台</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3D12C60" w14:textId="77777777" w:rsidR="004A7F88" w:rsidRDefault="00000000">
            <w:pPr>
              <w:spacing w:before="45" w:after="45" w:line="240" w:lineRule="auto"/>
              <w:jc w:val="left"/>
            </w:pPr>
            <w:r>
              <w:rPr>
                <w:sz w:val="18"/>
              </w:rPr>
              <w:t>80cm 起降台</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AA02ADA" w14:textId="77777777" w:rsidR="004A7F88" w:rsidRDefault="00000000">
            <w:pPr>
              <w:spacing w:before="45" w:after="45" w:line="240" w:lineRule="auto"/>
              <w:jc w:val="right"/>
            </w:pPr>
            <w:r>
              <w:rPr>
                <w:sz w:val="18"/>
              </w:rPr>
              <w:t>800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D98CE13" w14:textId="77777777" w:rsidR="004A7F88" w:rsidRDefault="00000000">
            <w:pPr>
              <w:spacing w:before="45" w:after="45" w:line="240" w:lineRule="auto"/>
              <w:jc w:val="right"/>
            </w:pPr>
            <w:r>
              <w:rPr>
                <w:sz w:val="18"/>
              </w:rPr>
              <w:t>4</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A26A9C8" w14:textId="77777777" w:rsidR="004A7F88" w:rsidRDefault="00000000">
            <w:pPr>
              <w:spacing w:before="45" w:after="45" w:line="240" w:lineRule="auto"/>
              <w:jc w:val="right"/>
            </w:pPr>
            <w:r>
              <w:rPr>
                <w:sz w:val="18"/>
              </w:rPr>
              <w:t>3,200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84C59A9" w14:textId="77777777" w:rsidR="004A7F88" w:rsidRDefault="00000000">
            <w:pPr>
              <w:spacing w:before="45" w:after="45" w:line="240" w:lineRule="auto"/>
              <w:jc w:val="left"/>
            </w:pPr>
            <w:r>
              <w:rPr>
                <w:sz w:val="18"/>
              </w:rPr>
              <w:t>多机位起降训练</w:t>
            </w:r>
          </w:p>
        </w:tc>
      </w:tr>
      <w:tr w:rsidR="004A7F88" w14:paraId="69B9774E"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ED280BB" w14:textId="77777777" w:rsidR="004A7F88" w:rsidRDefault="00000000">
            <w:pPr>
              <w:spacing w:before="45" w:after="45" w:line="240" w:lineRule="auto"/>
              <w:jc w:val="left"/>
            </w:pPr>
            <w:r>
              <w:rPr>
                <w:sz w:val="18"/>
              </w:rPr>
              <w:t>专业对讲机</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CA1658A" w14:textId="77777777" w:rsidR="004A7F88" w:rsidRDefault="00000000">
            <w:pPr>
              <w:spacing w:before="45" w:after="45" w:line="240" w:lineRule="auto"/>
              <w:jc w:val="left"/>
            </w:pPr>
            <w:r>
              <w:rPr>
                <w:sz w:val="18"/>
              </w:rPr>
              <w:t>手持商用级</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6C156A4" w14:textId="77777777" w:rsidR="004A7F88" w:rsidRDefault="00000000">
            <w:pPr>
              <w:spacing w:before="45" w:after="45" w:line="240" w:lineRule="auto"/>
              <w:jc w:val="right"/>
            </w:pPr>
            <w:r>
              <w:rPr>
                <w:sz w:val="18"/>
              </w:rPr>
              <w:t>400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225C6FD" w14:textId="77777777" w:rsidR="004A7F88" w:rsidRDefault="00000000">
            <w:pPr>
              <w:spacing w:before="45" w:after="45" w:line="240" w:lineRule="auto"/>
              <w:jc w:val="right"/>
            </w:pPr>
            <w:r>
              <w:rPr>
                <w:sz w:val="18"/>
              </w:rPr>
              <w:t>8</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E4FC9F4" w14:textId="77777777" w:rsidR="004A7F88" w:rsidRDefault="00000000">
            <w:pPr>
              <w:spacing w:before="45" w:after="45" w:line="240" w:lineRule="auto"/>
              <w:jc w:val="right"/>
            </w:pPr>
            <w:r>
              <w:rPr>
                <w:sz w:val="18"/>
              </w:rPr>
              <w:t>3,200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6035AA7" w14:textId="77777777" w:rsidR="004A7F88" w:rsidRDefault="00000000">
            <w:pPr>
              <w:spacing w:before="45" w:after="45" w:line="240" w:lineRule="auto"/>
              <w:jc w:val="left"/>
            </w:pPr>
            <w:r>
              <w:rPr>
                <w:sz w:val="18"/>
              </w:rPr>
              <w:t>指挥调度 + 安全通信</w:t>
            </w:r>
          </w:p>
        </w:tc>
      </w:tr>
      <w:tr w:rsidR="004A7F88" w14:paraId="6E27FCED"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B22E5D9" w14:textId="77777777" w:rsidR="004A7F88" w:rsidRDefault="00000000">
            <w:pPr>
              <w:spacing w:before="45" w:after="45" w:line="240" w:lineRule="auto"/>
              <w:jc w:val="left"/>
            </w:pPr>
            <w:r>
              <w:rPr>
                <w:sz w:val="18"/>
              </w:rPr>
              <w:lastRenderedPageBreak/>
              <w:t>数传地面站套件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4D868A2" w14:textId="77777777" w:rsidR="004A7F88" w:rsidRDefault="00000000">
            <w:pPr>
              <w:spacing w:before="45" w:after="45" w:line="240" w:lineRule="auto"/>
              <w:jc w:val="left"/>
            </w:pPr>
            <w:r>
              <w:rPr>
                <w:sz w:val="18"/>
              </w:rPr>
              <w:t>数传电台 + 天线</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D32EE8A" w14:textId="77777777" w:rsidR="004A7F88" w:rsidRDefault="00000000">
            <w:pPr>
              <w:spacing w:before="45" w:after="45" w:line="240" w:lineRule="auto"/>
              <w:jc w:val="right"/>
            </w:pPr>
            <w:r>
              <w:rPr>
                <w:sz w:val="18"/>
              </w:rPr>
              <w:t>2,000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5F5D5E2" w14:textId="77777777" w:rsidR="004A7F88" w:rsidRDefault="00000000">
            <w:pPr>
              <w:spacing w:before="45" w:after="45" w:line="240" w:lineRule="auto"/>
              <w:jc w:val="right"/>
            </w:pPr>
            <w:r>
              <w:rPr>
                <w:sz w:val="18"/>
              </w:rPr>
              <w:t>2</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31B3051" w14:textId="77777777" w:rsidR="004A7F88" w:rsidRDefault="00000000">
            <w:pPr>
              <w:spacing w:before="45" w:after="45" w:line="240" w:lineRule="auto"/>
              <w:jc w:val="right"/>
            </w:pPr>
            <w:r>
              <w:rPr>
                <w:sz w:val="18"/>
              </w:rPr>
              <w:t>4,000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5197EF2" w14:textId="77777777" w:rsidR="004A7F88" w:rsidRDefault="00000000">
            <w:pPr>
              <w:spacing w:before="45" w:after="45" w:line="240" w:lineRule="auto"/>
              <w:jc w:val="left"/>
              <w:rPr>
                <w:lang w:eastAsia="zh-CN"/>
              </w:rPr>
            </w:pPr>
            <w:r>
              <w:rPr>
                <w:sz w:val="18"/>
                <w:lang w:eastAsia="zh-CN"/>
              </w:rPr>
              <w:t>航线规划与超视距教学</w:t>
            </w:r>
          </w:p>
        </w:tc>
      </w:tr>
      <w:tr w:rsidR="004A7F88" w14:paraId="440C6477"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F1F0969" w14:textId="77777777" w:rsidR="004A7F88" w:rsidRDefault="00000000">
            <w:pPr>
              <w:spacing w:before="45" w:after="45" w:line="240" w:lineRule="auto"/>
              <w:jc w:val="left"/>
            </w:pPr>
            <w:r>
              <w:rPr>
                <w:sz w:val="18"/>
              </w:rPr>
              <w:t>智能飞行电池</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4B8B79E" w14:textId="77777777" w:rsidR="004A7F88" w:rsidRDefault="00000000">
            <w:pPr>
              <w:spacing w:before="45" w:after="45" w:line="240" w:lineRule="auto"/>
              <w:jc w:val="left"/>
            </w:pPr>
            <w:r>
              <w:rPr>
                <w:sz w:val="18"/>
              </w:rPr>
              <w:t>训练机用智能电池</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D690443" w14:textId="77777777" w:rsidR="004A7F88" w:rsidRDefault="00000000">
            <w:pPr>
              <w:spacing w:before="45" w:after="45" w:line="240" w:lineRule="auto"/>
              <w:jc w:val="right"/>
            </w:pPr>
            <w:r>
              <w:rPr>
                <w:sz w:val="18"/>
              </w:rPr>
              <w:t>1,200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0D54C57" w14:textId="77777777" w:rsidR="004A7F88" w:rsidRDefault="00000000">
            <w:pPr>
              <w:spacing w:before="45" w:after="45" w:line="240" w:lineRule="auto"/>
              <w:jc w:val="right"/>
            </w:pPr>
            <w:r>
              <w:rPr>
                <w:sz w:val="18"/>
              </w:rPr>
              <w:t>12</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1DE82D2" w14:textId="77777777" w:rsidR="004A7F88" w:rsidRDefault="00000000">
            <w:pPr>
              <w:spacing w:before="45" w:after="45" w:line="240" w:lineRule="auto"/>
              <w:jc w:val="right"/>
            </w:pPr>
            <w:r>
              <w:rPr>
                <w:sz w:val="18"/>
              </w:rPr>
              <w:t>14,400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04D6444" w14:textId="77777777" w:rsidR="004A7F88" w:rsidRDefault="00000000">
            <w:pPr>
              <w:spacing w:before="45" w:after="45" w:line="240" w:lineRule="auto"/>
              <w:jc w:val="left"/>
            </w:pPr>
            <w:r>
              <w:rPr>
                <w:sz w:val="18"/>
              </w:rPr>
              <w:t>续航轮换保障</w:t>
            </w:r>
          </w:p>
        </w:tc>
      </w:tr>
      <w:tr w:rsidR="004A7F88" w14:paraId="0C59A028" w14:textId="77777777">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A76F8F5" w14:textId="77777777" w:rsidR="004A7F88" w:rsidRDefault="00000000">
            <w:pPr>
              <w:spacing w:before="45" w:after="45" w:line="240" w:lineRule="auto"/>
              <w:jc w:val="left"/>
            </w:pPr>
            <w:r>
              <w:rPr>
                <w:sz w:val="18"/>
              </w:rPr>
              <w:t>编队表演套件</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1398CAC" w14:textId="77777777" w:rsidR="004A7F88" w:rsidRDefault="00000000">
            <w:pPr>
              <w:spacing w:before="45" w:after="45" w:line="240" w:lineRule="auto"/>
              <w:jc w:val="left"/>
              <w:rPr>
                <w:lang w:eastAsia="zh-CN"/>
              </w:rPr>
            </w:pPr>
            <w:r>
              <w:rPr>
                <w:sz w:val="18"/>
                <w:lang w:eastAsia="zh-CN"/>
              </w:rPr>
              <w:t>【待询价】 10 机 + 定位基站 + 编队软件，参考 4~7 万</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7D668C5" w14:textId="77777777" w:rsidR="004A7F88" w:rsidRDefault="00000000">
            <w:pPr>
              <w:spacing w:before="45" w:after="45" w:line="240" w:lineRule="auto"/>
              <w:jc w:val="right"/>
            </w:pPr>
            <w:r>
              <w:rPr>
                <w:sz w:val="18"/>
              </w:rPr>
              <w:t>50,000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77E0F94" w14:textId="77777777" w:rsidR="004A7F88" w:rsidRDefault="00000000">
            <w:pPr>
              <w:spacing w:before="45" w:after="45" w:line="240" w:lineRule="auto"/>
              <w:jc w:val="right"/>
            </w:pPr>
            <w:r>
              <w:rPr>
                <w:sz w:val="18"/>
              </w:rPr>
              <w:t>1</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A287B94" w14:textId="77777777" w:rsidR="004A7F88" w:rsidRDefault="00000000">
            <w:pPr>
              <w:spacing w:before="45" w:after="45" w:line="240" w:lineRule="auto"/>
              <w:jc w:val="right"/>
            </w:pPr>
            <w:r>
              <w:rPr>
                <w:sz w:val="18"/>
              </w:rPr>
              <w:t>50,000</w:t>
            </w:r>
          </w:p>
        </w:tc>
        <w:tc>
          <w:tcPr>
            <w:tcW w:w="144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E19BC4D" w14:textId="77777777" w:rsidR="004A7F88" w:rsidRDefault="00000000">
            <w:pPr>
              <w:spacing w:before="45" w:after="45" w:line="240" w:lineRule="auto"/>
              <w:jc w:val="left"/>
              <w:rPr>
                <w:lang w:eastAsia="zh-CN"/>
              </w:rPr>
            </w:pPr>
            <w:r>
              <w:rPr>
                <w:sz w:val="18"/>
                <w:lang w:eastAsia="zh-CN"/>
              </w:rPr>
              <w:t>编队表演，兼招生活动</w:t>
            </w:r>
          </w:p>
        </w:tc>
      </w:tr>
      <w:tr w:rsidR="004A7F88" w14:paraId="7E0CECBD" w14:textId="77777777">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561CB43" w14:textId="77777777" w:rsidR="004A7F88" w:rsidRDefault="00000000">
            <w:pPr>
              <w:spacing w:before="45" w:after="45" w:line="240" w:lineRule="auto"/>
              <w:jc w:val="left"/>
            </w:pPr>
            <w:r>
              <w:rPr>
                <w:b/>
                <w:color w:val="1A237E"/>
                <w:sz w:val="18"/>
              </w:rPr>
              <w:t>合计</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3BFB409"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C6AB049"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43F9B377" w14:textId="77777777" w:rsidR="004A7F88" w:rsidRDefault="00000000">
            <w:pPr>
              <w:spacing w:before="45" w:after="45" w:line="240" w:lineRule="auto"/>
              <w:jc w:val="left"/>
            </w:pPr>
            <w:r>
              <w:rPr>
                <w:b/>
                <w:color w:val="1A237E"/>
                <w:sz w:val="18"/>
              </w:rPr>
              <w:t>—</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D66B8FD" w14:textId="77777777" w:rsidR="004A7F88" w:rsidRDefault="00000000">
            <w:pPr>
              <w:spacing w:before="45" w:after="45" w:line="240" w:lineRule="auto"/>
              <w:jc w:val="right"/>
            </w:pPr>
            <w:r>
              <w:rPr>
                <w:b/>
                <w:color w:val="1A237E"/>
                <w:sz w:val="18"/>
              </w:rPr>
              <w:t>181,800</w:t>
            </w:r>
          </w:p>
        </w:tc>
        <w:tc>
          <w:tcPr>
            <w:tcW w:w="144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48D3BD2B" w14:textId="77777777" w:rsidR="004A7F88" w:rsidRDefault="00000000">
            <w:pPr>
              <w:spacing w:before="45" w:after="45" w:line="240" w:lineRule="auto"/>
              <w:jc w:val="left"/>
            </w:pPr>
            <w:r>
              <w:rPr>
                <w:b/>
                <w:color w:val="1A237E"/>
                <w:sz w:val="18"/>
              </w:rPr>
              <w:t>—</w:t>
            </w:r>
          </w:p>
        </w:tc>
      </w:tr>
    </w:tbl>
    <w:p w14:paraId="50E311DC" w14:textId="77777777" w:rsidR="004A7F88" w:rsidRDefault="00000000">
      <w:pPr>
        <w:pStyle w:val="21"/>
      </w:pPr>
      <w:bookmarkStart w:id="4" w:name="section-5"/>
      <w:bookmarkEnd w:id="4"/>
      <w:r>
        <w:rPr>
          <w:rFonts w:cs="微软雅黑" w:hint="eastAsia"/>
          <w:lang w:eastAsia="zh-CN"/>
        </w:rPr>
        <w:t>五、预算汇总</w:t>
      </w:r>
    </w:p>
    <w:p w14:paraId="323100DC" w14:textId="77777777" w:rsidR="004A7F88" w:rsidRDefault="00000000">
      <w:pPr>
        <w:pStyle w:val="31"/>
      </w:pPr>
      <w:r>
        <w:rPr>
          <w:rFonts w:cs="微软雅黑" w:hint="eastAsia"/>
          <w:lang w:eastAsia="zh-CN"/>
        </w:rPr>
        <w:t>（一）预算口径说明</w:t>
      </w:r>
    </w:p>
    <w:p w14:paraId="1CFACCE5" w14:textId="77777777" w:rsidR="004A7F88" w:rsidRDefault="00000000">
      <w:pPr>
        <w:pBdr>
          <w:left w:val="single" w:sz="18" w:space="0" w:color="1565C0"/>
        </w:pBdr>
        <w:shd w:val="clear" w:color="auto" w:fill="F5F7FA"/>
        <w:spacing w:before="180"/>
        <w:rPr>
          <w:lang w:eastAsia="zh-CN"/>
        </w:rPr>
      </w:pPr>
      <w:r>
        <w:rPr>
          <w:lang w:eastAsia="zh-CN"/>
        </w:rPr>
        <w:t>  </w:t>
      </w:r>
      <w:r>
        <w:rPr>
          <w:rFonts w:cs="微软雅黑" w:hint="eastAsia"/>
          <w:lang w:eastAsia="zh-CN"/>
        </w:rPr>
        <w:t>单价均为市场公开参考价（不含税费</w:t>
      </w:r>
      <w:r>
        <w:rPr>
          <w:lang w:eastAsia="zh-CN"/>
        </w:rPr>
        <w:t>/</w:t>
      </w:r>
      <w:r>
        <w:rPr>
          <w:rFonts w:cs="微软雅黑" w:hint="eastAsia"/>
          <w:lang w:eastAsia="zh-CN"/>
        </w:rPr>
        <w:t>运费），最终以询价与招标为准；【待询价】项按区间中值</w:t>
      </w:r>
      <w:r>
        <w:rPr>
          <w:lang w:eastAsia="zh-CN"/>
        </w:rPr>
        <w:t>/</w:t>
      </w:r>
      <w:r>
        <w:rPr>
          <w:rFonts w:cs="微软雅黑" w:hint="eastAsia"/>
          <w:lang w:eastAsia="zh-CN"/>
        </w:rPr>
        <w:t>中下值暂列。数量依据：装调区双人工位</w:t>
      </w:r>
      <w:r>
        <w:rPr>
          <w:lang w:eastAsia="zh-CN"/>
        </w:rPr>
        <w:t>×10</w:t>
      </w:r>
      <w:r>
        <w:rPr>
          <w:rFonts w:cs="微软雅黑" w:hint="eastAsia"/>
          <w:lang w:eastAsia="zh-CN"/>
        </w:rPr>
        <w:t>组（</w:t>
      </w:r>
      <w:r>
        <w:rPr>
          <w:lang w:eastAsia="zh-CN"/>
        </w:rPr>
        <w:t>20</w:t>
      </w:r>
      <w:r>
        <w:rPr>
          <w:rFonts w:cs="微软雅黑" w:hint="eastAsia"/>
          <w:lang w:eastAsia="zh-CN"/>
        </w:rPr>
        <w:t>工位），模拟飞行</w:t>
      </w:r>
      <w:r>
        <w:rPr>
          <w:lang w:eastAsia="zh-CN"/>
        </w:rPr>
        <w:t>20</w:t>
      </w:r>
      <w:r>
        <w:rPr>
          <w:rFonts w:cs="微软雅黑" w:hint="eastAsia"/>
          <w:lang w:eastAsia="zh-CN"/>
        </w:rPr>
        <w:t>点位，训练机</w:t>
      </w:r>
      <w:r>
        <w:rPr>
          <w:lang w:eastAsia="zh-CN"/>
        </w:rPr>
        <w:t>4-5</w:t>
      </w:r>
      <w:r>
        <w:rPr>
          <w:rFonts w:cs="微软雅黑" w:hint="eastAsia"/>
          <w:lang w:eastAsia="zh-CN"/>
        </w:rPr>
        <w:t>人</w:t>
      </w:r>
      <w:r>
        <w:rPr>
          <w:lang w:eastAsia="zh-CN"/>
        </w:rPr>
        <w:t>/</w:t>
      </w:r>
      <w:r>
        <w:rPr>
          <w:rFonts w:cs="微软雅黑" w:hint="eastAsia"/>
          <w:lang w:eastAsia="zh-CN"/>
        </w:rPr>
        <w:t>架轮换。教学电脑</w:t>
      </w:r>
      <w:r>
        <w:rPr>
          <w:lang w:eastAsia="zh-CN"/>
        </w:rPr>
        <w:t>30</w:t>
      </w:r>
      <w:r>
        <w:rPr>
          <w:rFonts w:cs="微软雅黑" w:hint="eastAsia"/>
          <w:lang w:eastAsia="zh-CN"/>
        </w:rPr>
        <w:t>台学校信息化经费自筹（列</w:t>
      </w:r>
      <w:r>
        <w:rPr>
          <w:lang w:eastAsia="zh-CN"/>
        </w:rPr>
        <w:t>0</w:t>
      </w:r>
      <w:r>
        <w:rPr>
          <w:rFonts w:cs="微软雅黑" w:hint="eastAsia"/>
          <w:lang w:eastAsia="zh-CN"/>
        </w:rPr>
        <w:t>元）。</w:t>
      </w:r>
    </w:p>
    <w:p w14:paraId="5C931FEB" w14:textId="77777777" w:rsidR="004A7F88" w:rsidRDefault="00000000">
      <w:pPr>
        <w:pStyle w:val="31"/>
        <w:rPr>
          <w:lang w:eastAsia="zh-CN"/>
        </w:rPr>
      </w:pPr>
      <w:r>
        <w:rPr>
          <w:rFonts w:cs="微软雅黑" w:hint="eastAsia"/>
          <w:lang w:eastAsia="zh-CN"/>
        </w:rPr>
        <w:t>（二）分区设备小计</w:t>
      </w:r>
    </w:p>
    <w:tbl>
      <w:tblPr>
        <w:tblW w:w="5000" w:type="pct"/>
        <w:tblLook w:val="04A0" w:firstRow="1" w:lastRow="0" w:firstColumn="1" w:lastColumn="0" w:noHBand="0" w:noVBand="1"/>
      </w:tblPr>
      <w:tblGrid>
        <w:gridCol w:w="3046"/>
        <w:gridCol w:w="3046"/>
        <w:gridCol w:w="3046"/>
      </w:tblGrid>
      <w:tr w:rsidR="004A7F88" w14:paraId="172E5D9E" w14:textId="77777777">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33C5317" w14:textId="77777777" w:rsidR="004A7F88" w:rsidRDefault="00000000">
            <w:pPr>
              <w:spacing w:before="45" w:after="45" w:line="240" w:lineRule="auto"/>
              <w:jc w:val="left"/>
            </w:pPr>
            <w:r>
              <w:rPr>
                <w:b/>
                <w:color w:val="1A237E"/>
                <w:sz w:val="18"/>
              </w:rPr>
              <w:t>分区</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C4C4F3B" w14:textId="77777777" w:rsidR="004A7F88" w:rsidRDefault="00000000">
            <w:pPr>
              <w:spacing w:before="45" w:after="45" w:line="240" w:lineRule="auto"/>
              <w:jc w:val="right"/>
            </w:pPr>
            <w:r>
              <w:rPr>
                <w:b/>
                <w:color w:val="1A237E"/>
                <w:sz w:val="18"/>
              </w:rPr>
              <w:t>设备小计（元）</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68854E9" w14:textId="77777777" w:rsidR="004A7F88" w:rsidRDefault="00000000">
            <w:pPr>
              <w:spacing w:before="45" w:after="45" w:line="240" w:lineRule="auto"/>
              <w:jc w:val="left"/>
            </w:pPr>
            <w:r>
              <w:rPr>
                <w:b/>
                <w:color w:val="1A237E"/>
                <w:sz w:val="18"/>
              </w:rPr>
              <w:t>面积 / 场地</w:t>
            </w:r>
          </w:p>
        </w:tc>
      </w:tr>
      <w:tr w:rsidR="004A7F88" w14:paraId="66F49DFD"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8CA2A3F" w14:textId="77777777" w:rsidR="004A7F88" w:rsidRDefault="00000000">
            <w:pPr>
              <w:spacing w:before="45" w:after="45" w:line="240" w:lineRule="auto"/>
              <w:jc w:val="left"/>
              <w:rPr>
                <w:lang w:eastAsia="zh-CN"/>
              </w:rPr>
            </w:pPr>
            <w:r>
              <w:rPr>
                <w:sz w:val="18"/>
                <w:lang w:eastAsia="zh-CN"/>
              </w:rPr>
              <w:t>装调与创新实训区（ " 无人机医院 " ）</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EC3A767" w14:textId="77777777" w:rsidR="004A7F88" w:rsidRDefault="00000000">
            <w:pPr>
              <w:spacing w:before="45" w:after="45" w:line="240" w:lineRule="auto"/>
              <w:jc w:val="right"/>
            </w:pPr>
            <w:r>
              <w:rPr>
                <w:sz w:val="18"/>
              </w:rPr>
              <w:t>290,900</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2F9DF34" w14:textId="77777777" w:rsidR="004A7F88" w:rsidRDefault="00000000">
            <w:pPr>
              <w:spacing w:before="45" w:after="45" w:line="240" w:lineRule="auto"/>
              <w:jc w:val="left"/>
            </w:pPr>
            <w:r>
              <w:rPr>
                <w:sz w:val="18"/>
              </w:rPr>
              <w:t>约 50㎡</w:t>
            </w:r>
          </w:p>
        </w:tc>
      </w:tr>
      <w:tr w:rsidR="004A7F88" w14:paraId="1CC01D66"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15DD36B" w14:textId="77777777" w:rsidR="004A7F88" w:rsidRDefault="00000000">
            <w:pPr>
              <w:spacing w:before="45" w:after="45" w:line="240" w:lineRule="auto"/>
              <w:jc w:val="left"/>
              <w:rPr>
                <w:lang w:eastAsia="zh-CN"/>
              </w:rPr>
            </w:pPr>
            <w:r>
              <w:rPr>
                <w:sz w:val="18"/>
                <w:lang w:eastAsia="zh-CN"/>
              </w:rPr>
              <w:t>模拟飞行与 CAAC 考证实训区（ " 零风险飞行驾校 " ）</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78487EA" w14:textId="77777777" w:rsidR="004A7F88" w:rsidRDefault="00000000">
            <w:pPr>
              <w:spacing w:before="45" w:after="45" w:line="240" w:lineRule="auto"/>
              <w:jc w:val="right"/>
            </w:pPr>
            <w:r>
              <w:rPr>
                <w:sz w:val="18"/>
              </w:rPr>
              <w:t>356,000</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25EDFE4" w14:textId="77777777" w:rsidR="004A7F88" w:rsidRDefault="00000000">
            <w:pPr>
              <w:spacing w:before="45" w:after="45" w:line="240" w:lineRule="auto"/>
              <w:jc w:val="left"/>
            </w:pPr>
            <w:r>
              <w:rPr>
                <w:sz w:val="18"/>
              </w:rPr>
              <w:t>约 60㎡</w:t>
            </w:r>
          </w:p>
        </w:tc>
      </w:tr>
      <w:tr w:rsidR="004A7F88" w14:paraId="31445750"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134974B" w14:textId="77777777" w:rsidR="004A7F88" w:rsidRDefault="00000000">
            <w:pPr>
              <w:spacing w:before="45" w:after="45" w:line="240" w:lineRule="auto"/>
              <w:jc w:val="left"/>
              <w:rPr>
                <w:lang w:eastAsia="zh-CN"/>
              </w:rPr>
            </w:pPr>
            <w:r>
              <w:rPr>
                <w:sz w:val="18"/>
                <w:lang w:eastAsia="zh-CN"/>
              </w:rPr>
              <w:t>展示体验与双创孵化角（ " 飞行梦想孵化器 " ）</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99CC56E" w14:textId="77777777" w:rsidR="004A7F88" w:rsidRDefault="00000000">
            <w:pPr>
              <w:spacing w:before="45" w:after="45" w:line="240" w:lineRule="auto"/>
              <w:jc w:val="right"/>
            </w:pPr>
            <w:r>
              <w:rPr>
                <w:sz w:val="18"/>
              </w:rPr>
              <w:t>51,000</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E4ED4BD" w14:textId="77777777" w:rsidR="004A7F88" w:rsidRDefault="00000000">
            <w:pPr>
              <w:spacing w:before="45" w:after="45" w:line="240" w:lineRule="auto"/>
              <w:jc w:val="left"/>
            </w:pPr>
            <w:r>
              <w:rPr>
                <w:sz w:val="18"/>
              </w:rPr>
              <w:t>约 15㎡</w:t>
            </w:r>
          </w:p>
        </w:tc>
      </w:tr>
      <w:tr w:rsidR="004A7F88" w14:paraId="0543808B"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5D66D42" w14:textId="77777777" w:rsidR="004A7F88" w:rsidRDefault="00000000">
            <w:pPr>
              <w:spacing w:before="45" w:after="45" w:line="240" w:lineRule="auto"/>
              <w:jc w:val="left"/>
            </w:pPr>
            <w:r>
              <w:rPr>
                <w:sz w:val="18"/>
              </w:rPr>
              <w:t>室外飞行训练场</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E2A449C" w14:textId="77777777" w:rsidR="004A7F88" w:rsidRDefault="00000000">
            <w:pPr>
              <w:spacing w:before="45" w:after="45" w:line="240" w:lineRule="auto"/>
              <w:jc w:val="right"/>
            </w:pPr>
            <w:r>
              <w:rPr>
                <w:sz w:val="18"/>
              </w:rPr>
              <w:t>181,800</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696E107" w14:textId="77777777" w:rsidR="004A7F88" w:rsidRDefault="00000000">
            <w:pPr>
              <w:spacing w:before="45" w:after="45" w:line="240" w:lineRule="auto"/>
              <w:jc w:val="left"/>
            </w:pPr>
            <w:r>
              <w:rPr>
                <w:sz w:val="18"/>
              </w:rPr>
              <w:t>室外操场划设</w:t>
            </w:r>
          </w:p>
        </w:tc>
      </w:tr>
      <w:tr w:rsidR="004A7F88" w14:paraId="6661ED1F" w14:textId="77777777">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9A7146A" w14:textId="77777777" w:rsidR="004A7F88" w:rsidRDefault="00000000">
            <w:pPr>
              <w:spacing w:before="45" w:after="45" w:line="240" w:lineRule="auto"/>
              <w:jc w:val="left"/>
            </w:pPr>
            <w:r>
              <w:rPr>
                <w:b/>
                <w:color w:val="1A237E"/>
                <w:sz w:val="18"/>
              </w:rPr>
              <w:t>设备总计</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9C6D7A9" w14:textId="77777777" w:rsidR="004A7F88" w:rsidRDefault="00000000">
            <w:pPr>
              <w:spacing w:before="45" w:after="45" w:line="240" w:lineRule="auto"/>
              <w:jc w:val="right"/>
            </w:pPr>
            <w:r>
              <w:rPr>
                <w:b/>
                <w:color w:val="1A237E"/>
                <w:sz w:val="18"/>
              </w:rPr>
              <w:t>879,700 （ 87.97 万元）</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C4C4E3B" w14:textId="77777777" w:rsidR="004A7F88" w:rsidRDefault="00000000">
            <w:pPr>
              <w:spacing w:before="45" w:after="45" w:line="240" w:lineRule="auto"/>
              <w:jc w:val="left"/>
            </w:pPr>
            <w:r>
              <w:rPr>
                <w:b/>
                <w:color w:val="1A237E"/>
                <w:sz w:val="18"/>
              </w:rPr>
              <w:t>—</w:t>
            </w:r>
          </w:p>
        </w:tc>
      </w:tr>
    </w:tbl>
    <w:p w14:paraId="55D2A73C" w14:textId="77777777" w:rsidR="004A7F88" w:rsidRDefault="00000000">
      <w:pPr>
        <w:pStyle w:val="31"/>
      </w:pPr>
      <w:r>
        <w:rPr>
          <w:rFonts w:cs="微软雅黑" w:hint="eastAsia"/>
          <w:lang w:eastAsia="zh-CN"/>
        </w:rPr>
        <w:lastRenderedPageBreak/>
        <w:t>（三）配套投入</w:t>
      </w:r>
    </w:p>
    <w:tbl>
      <w:tblPr>
        <w:tblW w:w="5000" w:type="pct"/>
        <w:tblLook w:val="04A0" w:firstRow="1" w:lastRow="0" w:firstColumn="1" w:lastColumn="0" w:noHBand="0" w:noVBand="1"/>
      </w:tblPr>
      <w:tblGrid>
        <w:gridCol w:w="3046"/>
        <w:gridCol w:w="3046"/>
        <w:gridCol w:w="3046"/>
      </w:tblGrid>
      <w:tr w:rsidR="004A7F88" w14:paraId="279EE277" w14:textId="77777777">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D6694FF" w14:textId="77777777" w:rsidR="004A7F88" w:rsidRDefault="00000000">
            <w:pPr>
              <w:spacing w:before="45" w:after="45" w:line="240" w:lineRule="auto"/>
              <w:jc w:val="left"/>
            </w:pPr>
            <w:r>
              <w:rPr>
                <w:b/>
                <w:color w:val="1A237E"/>
                <w:sz w:val="18"/>
              </w:rPr>
              <w:t>配套项目</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36EB934" w14:textId="77777777" w:rsidR="004A7F88" w:rsidRDefault="00000000">
            <w:pPr>
              <w:spacing w:before="45" w:after="45" w:line="240" w:lineRule="auto"/>
              <w:jc w:val="left"/>
            </w:pPr>
            <w:r>
              <w:rPr>
                <w:b/>
                <w:color w:val="1A237E"/>
                <w:sz w:val="18"/>
              </w:rPr>
              <w:t>预算区间</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9C3CD11" w14:textId="77777777" w:rsidR="004A7F88" w:rsidRDefault="00000000">
            <w:pPr>
              <w:spacing w:before="45" w:after="45" w:line="240" w:lineRule="auto"/>
              <w:jc w:val="left"/>
            </w:pPr>
            <w:r>
              <w:rPr>
                <w:b/>
                <w:color w:val="1A237E"/>
                <w:sz w:val="18"/>
              </w:rPr>
              <w:t>说明</w:t>
            </w:r>
          </w:p>
        </w:tc>
      </w:tr>
      <w:tr w:rsidR="004A7F88" w14:paraId="5829AFF0"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562A82E" w14:textId="77777777" w:rsidR="004A7F88" w:rsidRDefault="00000000">
            <w:pPr>
              <w:spacing w:before="45" w:after="45" w:line="240" w:lineRule="auto"/>
              <w:jc w:val="left"/>
            </w:pPr>
            <w:r>
              <w:rPr>
                <w:sz w:val="18"/>
              </w:rPr>
              <w:t>师资培训与双师建设</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4DAA1FD" w14:textId="77777777" w:rsidR="004A7F88" w:rsidRDefault="00000000">
            <w:pPr>
              <w:spacing w:before="45" w:after="45" w:line="240" w:lineRule="auto"/>
              <w:jc w:val="left"/>
            </w:pPr>
            <w:r>
              <w:rPr>
                <w:sz w:val="18"/>
              </w:rPr>
              <w:t>10~12 万元</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2852001" w14:textId="77777777" w:rsidR="004A7F88" w:rsidRDefault="00000000">
            <w:pPr>
              <w:spacing w:before="45" w:after="45" w:line="240" w:lineRule="auto"/>
              <w:jc w:val="left"/>
              <w:rPr>
                <w:lang w:eastAsia="zh-CN"/>
              </w:rPr>
            </w:pPr>
            <w:r>
              <w:rPr>
                <w:sz w:val="18"/>
                <w:lang w:eastAsia="zh-CN"/>
              </w:rPr>
              <w:t>5 名教师 CAAC 教员取证约 1.6 万 / 人 ×5=8 万；企业工程师驻校课酬 2~4 万</w:t>
            </w:r>
          </w:p>
        </w:tc>
      </w:tr>
      <w:tr w:rsidR="004A7F88" w14:paraId="4A35B0A4"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24F6167" w14:textId="77777777" w:rsidR="004A7F88" w:rsidRDefault="00000000">
            <w:pPr>
              <w:spacing w:before="45" w:after="45" w:line="240" w:lineRule="auto"/>
              <w:jc w:val="left"/>
            </w:pPr>
            <w:r>
              <w:rPr>
                <w:sz w:val="18"/>
              </w:rPr>
              <w:t>装修改造</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A5896BE" w14:textId="77777777" w:rsidR="004A7F88" w:rsidRDefault="00000000">
            <w:pPr>
              <w:spacing w:before="45" w:after="45" w:line="240" w:lineRule="auto"/>
              <w:jc w:val="left"/>
            </w:pPr>
            <w:r>
              <w:rPr>
                <w:sz w:val="18"/>
              </w:rPr>
              <w:t>8~10 万元</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39BC732" w14:textId="77777777" w:rsidR="004A7F88" w:rsidRDefault="00000000">
            <w:pPr>
              <w:spacing w:before="45" w:after="45" w:line="240" w:lineRule="auto"/>
              <w:jc w:val="left"/>
              <w:rPr>
                <w:lang w:eastAsia="zh-CN"/>
              </w:rPr>
            </w:pPr>
            <w:r>
              <w:rPr>
                <w:sz w:val="18"/>
                <w:lang w:eastAsia="zh-CN"/>
              </w:rPr>
              <w:t>水电增容、隔断、防静电地面、吸音吊顶、文化标识</w:t>
            </w:r>
          </w:p>
        </w:tc>
      </w:tr>
      <w:tr w:rsidR="004A7F88" w14:paraId="79ACE6AB"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8C65780" w14:textId="77777777" w:rsidR="004A7F88" w:rsidRDefault="00000000">
            <w:pPr>
              <w:spacing w:before="45" w:after="45" w:line="240" w:lineRule="auto"/>
              <w:jc w:val="left"/>
            </w:pPr>
            <w:r>
              <w:rPr>
                <w:sz w:val="18"/>
              </w:rPr>
              <w:t>软件课程资源</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C178DC3" w14:textId="77777777" w:rsidR="004A7F88" w:rsidRDefault="00000000">
            <w:pPr>
              <w:spacing w:before="45" w:after="45" w:line="240" w:lineRule="auto"/>
              <w:jc w:val="left"/>
            </w:pPr>
            <w:r>
              <w:rPr>
                <w:sz w:val="18"/>
              </w:rPr>
              <w:t>2~4 万元</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EA63785" w14:textId="77777777" w:rsidR="004A7F88" w:rsidRDefault="00000000">
            <w:pPr>
              <w:spacing w:before="45" w:after="45" w:line="240" w:lineRule="auto"/>
              <w:jc w:val="left"/>
            </w:pPr>
            <w:r>
              <w:rPr>
                <w:sz w:val="18"/>
              </w:rPr>
              <w:t>—</w:t>
            </w:r>
          </w:p>
        </w:tc>
      </w:tr>
      <w:tr w:rsidR="004A7F88" w14:paraId="6949194B"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91A29F9" w14:textId="77777777" w:rsidR="004A7F88" w:rsidRDefault="00000000">
            <w:pPr>
              <w:spacing w:before="45" w:after="45" w:line="240" w:lineRule="auto"/>
              <w:jc w:val="left"/>
            </w:pPr>
            <w:r>
              <w:rPr>
                <w:sz w:val="18"/>
              </w:rPr>
              <w:t>安装调试验收</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BC93F66" w14:textId="77777777" w:rsidR="004A7F88" w:rsidRDefault="00000000">
            <w:pPr>
              <w:spacing w:before="45" w:after="45" w:line="240" w:lineRule="auto"/>
              <w:jc w:val="left"/>
            </w:pPr>
            <w:r>
              <w:rPr>
                <w:sz w:val="18"/>
              </w:rPr>
              <w:t>1~2 万元</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2921554" w14:textId="77777777" w:rsidR="004A7F88" w:rsidRDefault="00000000">
            <w:pPr>
              <w:spacing w:before="45" w:after="45" w:line="240" w:lineRule="auto"/>
              <w:jc w:val="left"/>
            </w:pPr>
            <w:r>
              <w:rPr>
                <w:sz w:val="18"/>
              </w:rPr>
              <w:t>—</w:t>
            </w:r>
          </w:p>
        </w:tc>
      </w:tr>
      <w:tr w:rsidR="004A7F88" w14:paraId="1DBC944F" w14:textId="77777777">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45C5419" w14:textId="77777777" w:rsidR="004A7F88" w:rsidRDefault="00000000">
            <w:pPr>
              <w:spacing w:before="45" w:after="45" w:line="240" w:lineRule="auto"/>
              <w:jc w:val="left"/>
            </w:pPr>
            <w:r>
              <w:rPr>
                <w:b/>
                <w:color w:val="1A237E"/>
                <w:sz w:val="18"/>
              </w:rPr>
              <w:t>配套合计</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513149A" w14:textId="77777777" w:rsidR="004A7F88" w:rsidRDefault="00000000">
            <w:pPr>
              <w:spacing w:before="45" w:after="45" w:line="240" w:lineRule="auto"/>
              <w:jc w:val="left"/>
            </w:pPr>
            <w:r>
              <w:rPr>
                <w:b/>
                <w:color w:val="1A237E"/>
                <w:sz w:val="18"/>
              </w:rPr>
              <w:t>21~27 万元</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80A49C3" w14:textId="77777777" w:rsidR="004A7F88" w:rsidRDefault="00000000">
            <w:pPr>
              <w:spacing w:before="45" w:after="45" w:line="240" w:lineRule="auto"/>
              <w:jc w:val="left"/>
            </w:pPr>
            <w:r>
              <w:rPr>
                <w:b/>
                <w:color w:val="1A237E"/>
                <w:sz w:val="18"/>
              </w:rPr>
              <w:t>—</w:t>
            </w:r>
          </w:p>
        </w:tc>
      </w:tr>
    </w:tbl>
    <w:p w14:paraId="669265B3" w14:textId="77777777" w:rsidR="004A7F88" w:rsidRDefault="00000000">
      <w:pPr>
        <w:pStyle w:val="31"/>
      </w:pPr>
      <w:r>
        <w:rPr>
          <w:rFonts w:cs="微软雅黑" w:hint="eastAsia"/>
          <w:lang w:eastAsia="zh-CN"/>
        </w:rPr>
        <w:t>（四）总预算</w:t>
      </w:r>
    </w:p>
    <w:tbl>
      <w:tblPr>
        <w:tblW w:w="5000" w:type="pct"/>
        <w:tblLook w:val="04A0" w:firstRow="1" w:lastRow="0" w:firstColumn="1" w:lastColumn="0" w:noHBand="0" w:noVBand="1"/>
      </w:tblPr>
      <w:tblGrid>
        <w:gridCol w:w="4569"/>
        <w:gridCol w:w="4569"/>
      </w:tblGrid>
      <w:tr w:rsidR="004A7F88" w14:paraId="3ACD4A26" w14:textId="77777777">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9547D6A" w14:textId="77777777" w:rsidR="004A7F88" w:rsidRDefault="00000000">
            <w:pPr>
              <w:spacing w:before="45" w:after="45" w:line="240" w:lineRule="auto"/>
              <w:jc w:val="left"/>
            </w:pPr>
            <w:r>
              <w:rPr>
                <w:b/>
                <w:color w:val="1A237E"/>
                <w:sz w:val="18"/>
              </w:rPr>
              <w:t>项目</w:t>
            </w:r>
          </w:p>
        </w:tc>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95C08DF" w14:textId="77777777" w:rsidR="004A7F88" w:rsidRDefault="00000000">
            <w:pPr>
              <w:spacing w:before="45" w:after="45" w:line="240" w:lineRule="auto"/>
              <w:jc w:val="left"/>
            </w:pPr>
            <w:r>
              <w:rPr>
                <w:b/>
                <w:color w:val="1A237E"/>
                <w:sz w:val="18"/>
              </w:rPr>
              <w:t>金额</w:t>
            </w:r>
          </w:p>
        </w:tc>
      </w:tr>
      <w:tr w:rsidR="004A7F88" w14:paraId="0075EB25"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0A2664C" w14:textId="77777777" w:rsidR="004A7F88" w:rsidRDefault="00000000">
            <w:pPr>
              <w:spacing w:before="45" w:after="45" w:line="240" w:lineRule="auto"/>
              <w:jc w:val="left"/>
            </w:pPr>
            <w:r>
              <w:rPr>
                <w:sz w:val="18"/>
              </w:rPr>
              <w:t>设备总计</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13B714A" w14:textId="77777777" w:rsidR="004A7F88" w:rsidRDefault="00000000">
            <w:pPr>
              <w:spacing w:before="45" w:after="45" w:line="240" w:lineRule="auto"/>
              <w:jc w:val="left"/>
            </w:pPr>
            <w:r>
              <w:rPr>
                <w:sz w:val="18"/>
              </w:rPr>
              <w:t>87.97 万元</w:t>
            </w:r>
          </w:p>
        </w:tc>
      </w:tr>
      <w:tr w:rsidR="004A7F88" w14:paraId="20411165"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6CA93F4" w14:textId="77777777" w:rsidR="004A7F88" w:rsidRDefault="00000000">
            <w:pPr>
              <w:spacing w:before="45" w:after="45" w:line="240" w:lineRule="auto"/>
              <w:jc w:val="left"/>
            </w:pPr>
            <w:r>
              <w:rPr>
                <w:sz w:val="18"/>
              </w:rPr>
              <w:t>配套投入</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49AC33E" w14:textId="77777777" w:rsidR="004A7F88" w:rsidRDefault="00000000">
            <w:pPr>
              <w:spacing w:before="45" w:after="45" w:line="240" w:lineRule="auto"/>
              <w:jc w:val="left"/>
            </w:pPr>
            <w:r>
              <w:rPr>
                <w:sz w:val="18"/>
              </w:rPr>
              <w:t>21~27 万元</w:t>
            </w:r>
          </w:p>
        </w:tc>
      </w:tr>
      <w:tr w:rsidR="004A7F88" w14:paraId="0F1DE81C" w14:textId="77777777">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B450A6F" w14:textId="77777777" w:rsidR="004A7F88" w:rsidRDefault="00000000">
            <w:pPr>
              <w:spacing w:before="45" w:after="45" w:line="240" w:lineRule="auto"/>
              <w:jc w:val="left"/>
            </w:pPr>
            <w:r>
              <w:rPr>
                <w:b/>
                <w:color w:val="1A237E"/>
                <w:sz w:val="18"/>
              </w:rPr>
              <w:t>总预算</w:t>
            </w:r>
          </w:p>
        </w:tc>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2AE2DC0" w14:textId="77777777" w:rsidR="004A7F88" w:rsidRDefault="00000000">
            <w:pPr>
              <w:spacing w:before="45" w:after="45" w:line="240" w:lineRule="auto"/>
              <w:jc w:val="left"/>
            </w:pPr>
            <w:r>
              <w:rPr>
                <w:b/>
                <w:color w:val="1A237E"/>
                <w:sz w:val="18"/>
              </w:rPr>
              <w:t>108.97~114.97 万元</w:t>
            </w:r>
          </w:p>
        </w:tc>
      </w:tr>
    </w:tbl>
    <w:p w14:paraId="095E26FC" w14:textId="77777777" w:rsidR="004A7F88" w:rsidRDefault="00000000">
      <w:pPr>
        <w:rPr>
          <w:lang w:eastAsia="zh-CN"/>
        </w:rPr>
      </w:pPr>
      <w:r>
        <w:rPr>
          <w:rFonts w:cs="微软雅黑" w:hint="eastAsia"/>
          <w:lang w:eastAsia="zh-CN"/>
        </w:rPr>
        <w:t>总预算落在推荐档</w:t>
      </w:r>
      <w:r>
        <w:rPr>
          <w:lang w:eastAsia="zh-CN"/>
        </w:rPr>
        <w:t xml:space="preserve"> 95~115 </w:t>
      </w:r>
      <w:r>
        <w:rPr>
          <w:rFonts w:cs="微软雅黑" w:hint="eastAsia"/>
          <w:lang w:eastAsia="zh-CN"/>
        </w:rPr>
        <w:t>万元区间内。</w:t>
      </w:r>
    </w:p>
    <w:p w14:paraId="7C0A367C" w14:textId="77777777" w:rsidR="004A7F88" w:rsidRDefault="00000000">
      <w:pPr>
        <w:pBdr>
          <w:left w:val="single" w:sz="18" w:space="0" w:color="1565C0"/>
        </w:pBdr>
        <w:shd w:val="clear" w:color="auto" w:fill="F5F7FA"/>
        <w:spacing w:before="180"/>
        <w:rPr>
          <w:lang w:eastAsia="zh-CN"/>
        </w:rPr>
      </w:pPr>
      <w:r>
        <w:rPr>
          <w:lang w:eastAsia="zh-CN"/>
        </w:rPr>
        <w:t>  </w:t>
      </w:r>
      <w:r>
        <w:rPr>
          <w:rFonts w:cs="微软雅黑" w:hint="eastAsia"/>
          <w:lang w:eastAsia="zh-CN"/>
        </w:rPr>
        <w:t>回压提示：如需向</w:t>
      </w:r>
      <w:r>
        <w:rPr>
          <w:lang w:eastAsia="zh-CN"/>
        </w:rPr>
        <w:t xml:space="preserve"> 95 </w:t>
      </w:r>
      <w:r>
        <w:rPr>
          <w:rFonts w:cs="微软雅黑" w:hint="eastAsia"/>
          <w:lang w:eastAsia="zh-CN"/>
        </w:rPr>
        <w:t>万元下限调整，优先降配全真模拟考试舱（省约</w:t>
      </w:r>
      <w:r>
        <w:rPr>
          <w:lang w:eastAsia="zh-CN"/>
        </w:rPr>
        <w:t>10</w:t>
      </w:r>
      <w:r>
        <w:rPr>
          <w:rFonts w:cs="微软雅黑" w:hint="eastAsia"/>
          <w:lang w:eastAsia="zh-CN"/>
        </w:rPr>
        <w:t>万）与编队套件减配（省约</w:t>
      </w:r>
      <w:r>
        <w:rPr>
          <w:lang w:eastAsia="zh-CN"/>
        </w:rPr>
        <w:t>3</w:t>
      </w:r>
      <w:r>
        <w:rPr>
          <w:rFonts w:cs="微软雅黑" w:hint="eastAsia"/>
          <w:lang w:eastAsia="zh-CN"/>
        </w:rPr>
        <w:t>万）。</w:t>
      </w:r>
    </w:p>
    <w:p w14:paraId="2ED921F1" w14:textId="77777777" w:rsidR="004A7F88" w:rsidRDefault="00000000">
      <w:pPr>
        <w:pStyle w:val="31"/>
        <w:rPr>
          <w:lang w:eastAsia="zh-CN"/>
        </w:rPr>
      </w:pPr>
      <w:r>
        <w:rPr>
          <w:rFonts w:cs="微软雅黑" w:hint="eastAsia"/>
          <w:lang w:eastAsia="zh-CN"/>
        </w:rPr>
        <w:t>（五）严控档方案（约85~91万）</w:t>
      </w:r>
    </w:p>
    <w:p w14:paraId="5AF7EDCB" w14:textId="77777777" w:rsidR="004A7F88" w:rsidRDefault="00000000">
      <w:pPr>
        <w:rPr>
          <w:lang w:eastAsia="zh-CN"/>
        </w:rPr>
      </w:pPr>
      <w:r>
        <w:rPr>
          <w:rFonts w:cs="微软雅黑" w:hint="eastAsia"/>
          <w:lang w:eastAsia="zh-CN"/>
        </w:rPr>
        <w:t>取消全真模拟考试舱改</w:t>
      </w:r>
      <w:r>
        <w:rPr>
          <w:lang w:eastAsia="zh-CN"/>
        </w:rPr>
        <w:t>2</w:t>
      </w:r>
      <w:r>
        <w:rPr>
          <w:rFonts w:cs="微软雅黑" w:hint="eastAsia"/>
          <w:lang w:eastAsia="zh-CN"/>
        </w:rPr>
        <w:t>套高清单屏考位（净省约</w:t>
      </w:r>
      <w:r>
        <w:rPr>
          <w:lang w:eastAsia="zh-CN"/>
        </w:rPr>
        <w:t>11</w:t>
      </w:r>
      <w:r>
        <w:rPr>
          <w:rFonts w:cs="微软雅黑" w:hint="eastAsia"/>
          <w:lang w:eastAsia="zh-CN"/>
        </w:rPr>
        <w:t>万）；编队</w:t>
      </w:r>
      <w:r>
        <w:rPr>
          <w:lang w:eastAsia="zh-CN"/>
        </w:rPr>
        <w:t>10</w:t>
      </w:r>
      <w:r>
        <w:rPr>
          <w:rFonts w:cs="微软雅黑" w:hint="eastAsia"/>
          <w:lang w:eastAsia="zh-CN"/>
        </w:rPr>
        <w:t>机减为</w:t>
      </w:r>
      <w:r>
        <w:rPr>
          <w:lang w:eastAsia="zh-CN"/>
        </w:rPr>
        <w:t>6</w:t>
      </w:r>
      <w:r>
        <w:rPr>
          <w:rFonts w:cs="微软雅黑" w:hint="eastAsia"/>
          <w:lang w:eastAsia="zh-CN"/>
        </w:rPr>
        <w:t>机（省约</w:t>
      </w:r>
      <w:r>
        <w:rPr>
          <w:lang w:eastAsia="zh-CN"/>
        </w:rPr>
        <w:t>3</w:t>
      </w:r>
      <w:r>
        <w:rPr>
          <w:rFonts w:cs="微软雅黑" w:hint="eastAsia"/>
          <w:lang w:eastAsia="zh-CN"/>
        </w:rPr>
        <w:t>万）；训练机</w:t>
      </w:r>
      <w:r>
        <w:rPr>
          <w:lang w:eastAsia="zh-CN"/>
        </w:rPr>
        <w:t>4→3</w:t>
      </w:r>
      <w:r>
        <w:rPr>
          <w:rFonts w:cs="微软雅黑" w:hint="eastAsia"/>
          <w:lang w:eastAsia="zh-CN"/>
        </w:rPr>
        <w:t>、练习机</w:t>
      </w:r>
      <w:r>
        <w:rPr>
          <w:lang w:eastAsia="zh-CN"/>
        </w:rPr>
        <w:t>8→6</w:t>
      </w:r>
      <w:r>
        <w:rPr>
          <w:rFonts w:cs="微软雅黑" w:hint="eastAsia"/>
          <w:lang w:eastAsia="zh-CN"/>
        </w:rPr>
        <w:t>、维修整机</w:t>
      </w:r>
      <w:r>
        <w:rPr>
          <w:lang w:eastAsia="zh-CN"/>
        </w:rPr>
        <w:t>6→4</w:t>
      </w:r>
      <w:r>
        <w:rPr>
          <w:rFonts w:cs="微软雅黑" w:hint="eastAsia"/>
          <w:lang w:eastAsia="zh-CN"/>
        </w:rPr>
        <w:t>、组装套件</w:t>
      </w:r>
      <w:r>
        <w:rPr>
          <w:lang w:eastAsia="zh-CN"/>
        </w:rPr>
        <w:t>10→8</w:t>
      </w:r>
      <w:r>
        <w:rPr>
          <w:rFonts w:cs="微软雅黑" w:hint="eastAsia"/>
          <w:lang w:eastAsia="zh-CN"/>
        </w:rPr>
        <w:t>（省约</w:t>
      </w:r>
      <w:r>
        <w:rPr>
          <w:lang w:eastAsia="zh-CN"/>
        </w:rPr>
        <w:t>5.4</w:t>
      </w:r>
      <w:r>
        <w:rPr>
          <w:rFonts w:cs="微软雅黑" w:hint="eastAsia"/>
          <w:lang w:eastAsia="zh-CN"/>
        </w:rPr>
        <w:t>万）；模拟点位</w:t>
      </w:r>
      <w:r>
        <w:rPr>
          <w:lang w:eastAsia="zh-CN"/>
        </w:rPr>
        <w:t>20→15</w:t>
      </w:r>
      <w:r>
        <w:rPr>
          <w:rFonts w:cs="微软雅黑" w:hint="eastAsia"/>
          <w:lang w:eastAsia="zh-CN"/>
        </w:rPr>
        <w:t>（省</w:t>
      </w:r>
      <w:r>
        <w:rPr>
          <w:lang w:eastAsia="zh-CN"/>
        </w:rPr>
        <w:t>2</w:t>
      </w:r>
      <w:r>
        <w:rPr>
          <w:rFonts w:cs="微软雅黑" w:hint="eastAsia"/>
          <w:lang w:eastAsia="zh-CN"/>
        </w:rPr>
        <w:t>万）；展示柜改开放式展架、装修简装（省约</w:t>
      </w:r>
      <w:r>
        <w:rPr>
          <w:lang w:eastAsia="zh-CN"/>
        </w:rPr>
        <w:t>3</w:t>
      </w:r>
      <w:r>
        <w:rPr>
          <w:rFonts w:cs="微软雅黑" w:hint="eastAsia"/>
          <w:lang w:eastAsia="zh-CN"/>
        </w:rPr>
        <w:t>万）。</w:t>
      </w:r>
    </w:p>
    <w:p w14:paraId="746A7D61" w14:textId="77777777" w:rsidR="004A7F88" w:rsidRDefault="00000000">
      <w:pPr>
        <w:pBdr>
          <w:left w:val="single" w:sz="18" w:space="0" w:color="1565C0"/>
        </w:pBdr>
        <w:shd w:val="clear" w:color="auto" w:fill="F5F7FA"/>
        <w:spacing w:before="180"/>
        <w:rPr>
          <w:lang w:eastAsia="zh-CN"/>
        </w:rPr>
      </w:pPr>
      <w:r>
        <w:rPr>
          <w:lang w:eastAsia="zh-CN"/>
        </w:rPr>
        <w:t>  </w:t>
      </w:r>
      <w:r>
        <w:rPr>
          <w:rFonts w:cs="微软雅黑" w:hint="eastAsia"/>
          <w:lang w:eastAsia="zh-CN"/>
        </w:rPr>
        <w:t>风险提示：严控档下备考峰值时段轮换压力增大。</w:t>
      </w:r>
    </w:p>
    <w:p w14:paraId="3458DD03" w14:textId="77777777" w:rsidR="004A7F88" w:rsidRDefault="00000000">
      <w:pPr>
        <w:pStyle w:val="31"/>
        <w:rPr>
          <w:lang w:eastAsia="zh-CN"/>
        </w:rPr>
      </w:pPr>
      <w:r>
        <w:rPr>
          <w:rFonts w:cs="微软雅黑" w:hint="eastAsia"/>
          <w:lang w:eastAsia="zh-CN"/>
        </w:rPr>
        <w:lastRenderedPageBreak/>
        <w:t>（六）舒适档方案（约122~132万）</w:t>
      </w:r>
    </w:p>
    <w:p w14:paraId="50238FC9" w14:textId="77777777" w:rsidR="004A7F88" w:rsidRDefault="00000000">
      <w:pPr>
        <w:rPr>
          <w:lang w:eastAsia="zh-CN"/>
        </w:rPr>
      </w:pPr>
      <w:r>
        <w:rPr>
          <w:rFonts w:cs="微软雅黑" w:hint="eastAsia"/>
          <w:lang w:eastAsia="zh-CN"/>
        </w:rPr>
        <w:t>增垂直起降固定翼教学机</w:t>
      </w:r>
      <w:r>
        <w:rPr>
          <w:lang w:eastAsia="zh-CN"/>
        </w:rPr>
        <w:t>2</w:t>
      </w:r>
      <w:r>
        <w:rPr>
          <w:rFonts w:cs="微软雅黑" w:hint="eastAsia"/>
          <w:lang w:eastAsia="zh-CN"/>
        </w:rPr>
        <w:t>架（</w:t>
      </w:r>
      <w:r>
        <w:rPr>
          <w:lang w:eastAsia="zh-CN"/>
        </w:rPr>
        <w:t>+2.4</w:t>
      </w:r>
      <w:r>
        <w:rPr>
          <w:rFonts w:cs="微软雅黑" w:hint="eastAsia"/>
          <w:lang w:eastAsia="zh-CN"/>
        </w:rPr>
        <w:t>万）；训练机</w:t>
      </w:r>
      <w:r>
        <w:rPr>
          <w:lang w:eastAsia="zh-CN"/>
        </w:rPr>
        <w:t>+2</w:t>
      </w:r>
      <w:r>
        <w:rPr>
          <w:rFonts w:cs="微软雅黑" w:hint="eastAsia"/>
          <w:lang w:eastAsia="zh-CN"/>
        </w:rPr>
        <w:t>、模拟点位</w:t>
      </w:r>
      <w:r>
        <w:rPr>
          <w:lang w:eastAsia="zh-CN"/>
        </w:rPr>
        <w:t>+5</w:t>
      </w:r>
      <w:r>
        <w:rPr>
          <w:rFonts w:cs="微软雅黑" w:hint="eastAsia"/>
          <w:lang w:eastAsia="zh-CN"/>
        </w:rPr>
        <w:t>（</w:t>
      </w:r>
      <w:r>
        <w:rPr>
          <w:lang w:eastAsia="zh-CN"/>
        </w:rPr>
        <w:t>+5</w:t>
      </w:r>
      <w:r>
        <w:rPr>
          <w:rFonts w:cs="微软雅黑" w:hint="eastAsia"/>
          <w:lang w:eastAsia="zh-CN"/>
        </w:rPr>
        <w:t>万）；激光切割机</w:t>
      </w:r>
      <w:r>
        <w:rPr>
          <w:lang w:eastAsia="zh-CN"/>
        </w:rPr>
        <w:t>1</w:t>
      </w:r>
      <w:r>
        <w:rPr>
          <w:rFonts w:cs="微软雅黑" w:hint="eastAsia"/>
          <w:lang w:eastAsia="zh-CN"/>
        </w:rPr>
        <w:t>台（</w:t>
      </w:r>
      <w:r>
        <w:rPr>
          <w:lang w:eastAsia="zh-CN"/>
        </w:rPr>
        <w:t>+1.5</w:t>
      </w:r>
      <w:r>
        <w:rPr>
          <w:rFonts w:cs="微软雅黑" w:hint="eastAsia"/>
          <w:lang w:eastAsia="zh-CN"/>
        </w:rPr>
        <w:t>万）；编队扩至</w:t>
      </w:r>
      <w:r>
        <w:rPr>
          <w:lang w:eastAsia="zh-CN"/>
        </w:rPr>
        <w:t>20</w:t>
      </w:r>
      <w:r>
        <w:rPr>
          <w:rFonts w:cs="微软雅黑" w:hint="eastAsia"/>
          <w:lang w:eastAsia="zh-CN"/>
        </w:rPr>
        <w:t>机（</w:t>
      </w:r>
      <w:r>
        <w:rPr>
          <w:lang w:eastAsia="zh-CN"/>
        </w:rPr>
        <w:t>+4</w:t>
      </w:r>
      <w:r>
        <w:rPr>
          <w:rFonts w:cs="微软雅黑" w:hint="eastAsia"/>
          <w:lang w:eastAsia="zh-CN"/>
        </w:rPr>
        <w:t>万）；热成像</w:t>
      </w:r>
      <w:r>
        <w:rPr>
          <w:lang w:eastAsia="zh-CN"/>
        </w:rPr>
        <w:t>/</w:t>
      </w:r>
      <w:r>
        <w:rPr>
          <w:rFonts w:cs="微软雅黑" w:hint="eastAsia"/>
          <w:lang w:eastAsia="zh-CN"/>
        </w:rPr>
        <w:t>夜间载荷</w:t>
      </w:r>
      <w:r>
        <w:rPr>
          <w:lang w:eastAsia="zh-CN"/>
        </w:rPr>
        <w:t>+</w:t>
      </w:r>
      <w:r>
        <w:rPr>
          <w:rFonts w:cs="微软雅黑" w:hint="eastAsia"/>
          <w:lang w:eastAsia="zh-CN"/>
        </w:rPr>
        <w:t>教学录播（</w:t>
      </w:r>
      <w:r>
        <w:rPr>
          <w:lang w:eastAsia="zh-CN"/>
        </w:rPr>
        <w:t>+4.5</w:t>
      </w:r>
      <w:r>
        <w:rPr>
          <w:rFonts w:cs="微软雅黑" w:hint="eastAsia"/>
          <w:lang w:eastAsia="zh-CN"/>
        </w:rPr>
        <w:t>万）；师资进阶与二批复训（</w:t>
      </w:r>
      <w:r>
        <w:rPr>
          <w:lang w:eastAsia="zh-CN"/>
        </w:rPr>
        <w:t>+3</w:t>
      </w:r>
      <w:r>
        <w:rPr>
          <w:rFonts w:cs="微软雅黑" w:hint="eastAsia"/>
          <w:lang w:eastAsia="zh-CN"/>
        </w:rPr>
        <w:t>万）。定位升级为</w:t>
      </w:r>
      <w:r>
        <w:rPr>
          <w:lang w:eastAsia="zh-CN"/>
        </w:rPr>
        <w:t>"</w:t>
      </w:r>
      <w:r>
        <w:rPr>
          <w:rFonts w:cs="微软雅黑" w:hint="eastAsia"/>
          <w:lang w:eastAsia="zh-CN"/>
        </w:rPr>
        <w:t>区域示范性无人机双创基地</w:t>
      </w:r>
      <w:r>
        <w:rPr>
          <w:lang w:eastAsia="zh-CN"/>
        </w:rPr>
        <w:t>"</w:t>
      </w:r>
      <w:r>
        <w:rPr>
          <w:rFonts w:cs="微软雅黑" w:hint="eastAsia"/>
          <w:lang w:eastAsia="zh-CN"/>
        </w:rPr>
        <w:t>。</w:t>
      </w:r>
    </w:p>
    <w:p w14:paraId="7F4FE7BC" w14:textId="77777777" w:rsidR="004A7F88" w:rsidRDefault="00000000">
      <w:pPr>
        <w:pStyle w:val="31"/>
        <w:rPr>
          <w:lang w:eastAsia="zh-CN"/>
        </w:rPr>
      </w:pPr>
      <w:r>
        <w:rPr>
          <w:rFonts w:cs="微软雅黑" w:hint="eastAsia"/>
          <w:lang w:eastAsia="zh-CN"/>
        </w:rPr>
        <w:t>（七）增量选项</w:t>
      </w:r>
    </w:p>
    <w:p w14:paraId="377A0FB5" w14:textId="77777777" w:rsidR="004A7F88" w:rsidRDefault="00000000">
      <w:pPr>
        <w:rPr>
          <w:lang w:eastAsia="zh-CN"/>
        </w:rPr>
      </w:pPr>
      <w:r>
        <w:rPr>
          <w:rFonts w:cs="微软雅黑" w:hint="eastAsia"/>
          <w:b/>
          <w:lang w:eastAsia="zh-CN"/>
        </w:rPr>
        <w:t>增量包A「多机型与考核扩容包」约+25万（合计248,000元）</w:t>
      </w:r>
    </w:p>
    <w:tbl>
      <w:tblPr>
        <w:tblW w:w="5000" w:type="pct"/>
        <w:tblLook w:val="04A0" w:firstRow="1" w:lastRow="0" w:firstColumn="1" w:lastColumn="0" w:noHBand="0" w:noVBand="1"/>
      </w:tblPr>
      <w:tblGrid>
        <w:gridCol w:w="4569"/>
        <w:gridCol w:w="4569"/>
      </w:tblGrid>
      <w:tr w:rsidR="004A7F88" w14:paraId="43B185E7" w14:textId="77777777">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0B968B2" w14:textId="77777777" w:rsidR="004A7F88" w:rsidRDefault="00000000">
            <w:pPr>
              <w:spacing w:before="45" w:after="45" w:line="240" w:lineRule="auto"/>
              <w:jc w:val="left"/>
            </w:pPr>
            <w:r>
              <w:rPr>
                <w:b/>
                <w:color w:val="1A237E"/>
                <w:sz w:val="18"/>
              </w:rPr>
              <w:t>项目</w:t>
            </w:r>
          </w:p>
        </w:tc>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43F25B9E" w14:textId="77777777" w:rsidR="004A7F88" w:rsidRDefault="00000000">
            <w:pPr>
              <w:spacing w:before="45" w:after="45" w:line="240" w:lineRule="auto"/>
              <w:jc w:val="right"/>
            </w:pPr>
            <w:r>
              <w:rPr>
                <w:b/>
                <w:color w:val="1A237E"/>
                <w:sz w:val="18"/>
              </w:rPr>
              <w:t>金额（元）</w:t>
            </w:r>
          </w:p>
        </w:tc>
      </w:tr>
      <w:tr w:rsidR="004A7F88" w14:paraId="474F8697"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C6AD007" w14:textId="77777777" w:rsidR="004A7F88" w:rsidRDefault="00000000">
            <w:pPr>
              <w:spacing w:before="45" w:after="45" w:line="240" w:lineRule="auto"/>
              <w:jc w:val="left"/>
              <w:rPr>
                <w:lang w:eastAsia="zh-CN"/>
              </w:rPr>
            </w:pPr>
            <w:r>
              <w:rPr>
                <w:sz w:val="18"/>
                <w:lang w:eastAsia="zh-CN"/>
              </w:rPr>
              <w:t>垂直起降固定翼教学机 2 架</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8BB5F9A" w14:textId="77777777" w:rsidR="004A7F88" w:rsidRDefault="00000000">
            <w:pPr>
              <w:spacing w:before="45" w:after="45" w:line="240" w:lineRule="auto"/>
              <w:jc w:val="right"/>
            </w:pPr>
            <w:r>
              <w:rPr>
                <w:sz w:val="18"/>
              </w:rPr>
              <w:t>24,000</w:t>
            </w:r>
          </w:p>
        </w:tc>
      </w:tr>
      <w:tr w:rsidR="004A7F88" w14:paraId="48CE7650"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0EB1B35" w14:textId="77777777" w:rsidR="004A7F88" w:rsidRDefault="00000000">
            <w:pPr>
              <w:spacing w:before="45" w:after="45" w:line="240" w:lineRule="auto"/>
              <w:jc w:val="left"/>
            </w:pPr>
            <w:r>
              <w:rPr>
                <w:sz w:val="18"/>
              </w:rPr>
              <w:t>训练多旋翼 +3 架</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67F9D9D" w14:textId="77777777" w:rsidR="004A7F88" w:rsidRDefault="00000000">
            <w:pPr>
              <w:spacing w:before="45" w:after="45" w:line="240" w:lineRule="auto"/>
              <w:jc w:val="right"/>
            </w:pPr>
            <w:r>
              <w:rPr>
                <w:sz w:val="18"/>
              </w:rPr>
              <w:t>45,000</w:t>
            </w:r>
          </w:p>
        </w:tc>
      </w:tr>
      <w:tr w:rsidR="004A7F88" w14:paraId="6C084EA2"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39DB294" w14:textId="77777777" w:rsidR="004A7F88" w:rsidRDefault="00000000">
            <w:pPr>
              <w:spacing w:before="45" w:after="45" w:line="240" w:lineRule="auto"/>
              <w:jc w:val="left"/>
            </w:pPr>
            <w:r>
              <w:rPr>
                <w:sz w:val="18"/>
              </w:rPr>
              <w:t>模拟考位 +5 套</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3D8B799" w14:textId="77777777" w:rsidR="004A7F88" w:rsidRDefault="00000000">
            <w:pPr>
              <w:spacing w:before="45" w:after="45" w:line="240" w:lineRule="auto"/>
              <w:jc w:val="right"/>
            </w:pPr>
            <w:r>
              <w:rPr>
                <w:sz w:val="18"/>
              </w:rPr>
              <w:t>29,000</w:t>
            </w:r>
          </w:p>
        </w:tc>
      </w:tr>
      <w:tr w:rsidR="004A7F88" w14:paraId="4ED8D8A1"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5BD85D4" w14:textId="77777777" w:rsidR="004A7F88" w:rsidRDefault="00000000">
            <w:pPr>
              <w:spacing w:before="45" w:after="45" w:line="240" w:lineRule="auto"/>
              <w:jc w:val="left"/>
            </w:pPr>
            <w:r>
              <w:rPr>
                <w:sz w:val="18"/>
              </w:rPr>
              <w:t>教练员图传地面站 2 套</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2C3DBED" w14:textId="77777777" w:rsidR="004A7F88" w:rsidRDefault="00000000">
            <w:pPr>
              <w:spacing w:before="45" w:after="45" w:line="240" w:lineRule="auto"/>
              <w:jc w:val="right"/>
            </w:pPr>
            <w:r>
              <w:rPr>
                <w:sz w:val="18"/>
              </w:rPr>
              <w:t>30,000</w:t>
            </w:r>
          </w:p>
        </w:tc>
      </w:tr>
      <w:tr w:rsidR="004A7F88" w14:paraId="658C757C"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FFB87E7" w14:textId="77777777" w:rsidR="004A7F88" w:rsidRDefault="00000000">
            <w:pPr>
              <w:spacing w:before="45" w:after="45" w:line="240" w:lineRule="auto"/>
              <w:jc w:val="left"/>
            </w:pPr>
            <w:r>
              <w:rPr>
                <w:sz w:val="18"/>
              </w:rPr>
              <w:t>夜间 / 热成像载荷 1 套</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F99ACF2" w14:textId="77777777" w:rsidR="004A7F88" w:rsidRDefault="00000000">
            <w:pPr>
              <w:spacing w:before="45" w:after="45" w:line="240" w:lineRule="auto"/>
              <w:jc w:val="right"/>
            </w:pPr>
            <w:r>
              <w:rPr>
                <w:sz w:val="18"/>
              </w:rPr>
              <w:t>20,000</w:t>
            </w:r>
          </w:p>
        </w:tc>
      </w:tr>
      <w:tr w:rsidR="004A7F88" w14:paraId="33D6623B"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8841161" w14:textId="77777777" w:rsidR="004A7F88" w:rsidRDefault="00000000">
            <w:pPr>
              <w:spacing w:before="45" w:after="45" w:line="240" w:lineRule="auto"/>
              <w:jc w:val="left"/>
            </w:pPr>
            <w:r>
              <w:rPr>
                <w:sz w:val="18"/>
              </w:rPr>
              <w:t>电池桨叶年度补充</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D9B8F54" w14:textId="77777777" w:rsidR="004A7F88" w:rsidRDefault="00000000">
            <w:pPr>
              <w:spacing w:before="45" w:after="45" w:line="240" w:lineRule="auto"/>
              <w:jc w:val="right"/>
            </w:pPr>
            <w:r>
              <w:rPr>
                <w:sz w:val="18"/>
              </w:rPr>
              <w:t>25,000</w:t>
            </w:r>
          </w:p>
        </w:tc>
      </w:tr>
      <w:tr w:rsidR="004A7F88" w14:paraId="4D849156"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2834DAC" w14:textId="77777777" w:rsidR="004A7F88" w:rsidRDefault="00000000">
            <w:pPr>
              <w:spacing w:before="45" w:after="45" w:line="240" w:lineRule="auto"/>
              <w:jc w:val="left"/>
            </w:pPr>
            <w:r>
              <w:rPr>
                <w:sz w:val="18"/>
              </w:rPr>
              <w:t>简易录播 1 套</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24789F7" w14:textId="77777777" w:rsidR="004A7F88" w:rsidRDefault="00000000">
            <w:pPr>
              <w:spacing w:before="45" w:after="45" w:line="240" w:lineRule="auto"/>
              <w:jc w:val="right"/>
            </w:pPr>
            <w:r>
              <w:rPr>
                <w:sz w:val="18"/>
              </w:rPr>
              <w:t>25,000</w:t>
            </w:r>
          </w:p>
        </w:tc>
      </w:tr>
      <w:tr w:rsidR="004A7F88" w14:paraId="588C69E4"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1C86A74" w14:textId="77777777" w:rsidR="004A7F88" w:rsidRDefault="00000000">
            <w:pPr>
              <w:spacing w:before="45" w:after="45" w:line="240" w:lineRule="auto"/>
              <w:jc w:val="left"/>
            </w:pPr>
            <w:r>
              <w:rPr>
                <w:sz w:val="18"/>
              </w:rPr>
              <w:t>第二批师资复训</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0A8D8A8" w14:textId="77777777" w:rsidR="004A7F88" w:rsidRDefault="00000000">
            <w:pPr>
              <w:spacing w:before="45" w:after="45" w:line="240" w:lineRule="auto"/>
              <w:jc w:val="right"/>
            </w:pPr>
            <w:r>
              <w:rPr>
                <w:sz w:val="18"/>
              </w:rPr>
              <w:t>50,000</w:t>
            </w:r>
          </w:p>
        </w:tc>
      </w:tr>
      <w:tr w:rsidR="004A7F88" w14:paraId="3E5F352E" w14:textId="77777777">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DC726E6" w14:textId="77777777" w:rsidR="004A7F88" w:rsidRDefault="00000000">
            <w:pPr>
              <w:spacing w:before="45" w:after="45" w:line="240" w:lineRule="auto"/>
              <w:jc w:val="left"/>
            </w:pPr>
            <w:r>
              <w:rPr>
                <w:b/>
                <w:color w:val="1A237E"/>
                <w:sz w:val="18"/>
              </w:rPr>
              <w:t>合计</w:t>
            </w:r>
          </w:p>
        </w:tc>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C2BFB93" w14:textId="77777777" w:rsidR="004A7F88" w:rsidRDefault="00000000">
            <w:pPr>
              <w:spacing w:before="45" w:after="45" w:line="240" w:lineRule="auto"/>
              <w:jc w:val="right"/>
            </w:pPr>
            <w:r>
              <w:rPr>
                <w:b/>
                <w:color w:val="1A237E"/>
                <w:sz w:val="18"/>
              </w:rPr>
              <w:t>248,000</w:t>
            </w:r>
          </w:p>
        </w:tc>
      </w:tr>
    </w:tbl>
    <w:p w14:paraId="65880C70" w14:textId="77777777" w:rsidR="004A7F88" w:rsidRDefault="00000000">
      <w:pPr>
        <w:rPr>
          <w:lang w:eastAsia="zh-CN"/>
        </w:rPr>
      </w:pPr>
      <w:r>
        <w:rPr>
          <w:rFonts w:cs="微软雅黑" w:hint="eastAsia"/>
          <w:lang w:eastAsia="zh-CN"/>
        </w:rPr>
        <w:t>新增能力：固定翼教学、</w:t>
      </w:r>
      <w:r>
        <w:rPr>
          <w:lang w:eastAsia="zh-CN"/>
        </w:rPr>
        <w:t>40</w:t>
      </w:r>
      <w:r>
        <w:rPr>
          <w:rFonts w:cs="微软雅黑" w:hint="eastAsia"/>
          <w:lang w:eastAsia="zh-CN"/>
        </w:rPr>
        <w:t>人满班并行、夜间热成像科目、师资二批建成。</w:t>
      </w:r>
    </w:p>
    <w:p w14:paraId="2F51FFA7" w14:textId="77777777" w:rsidR="004A7F88" w:rsidRDefault="00000000">
      <w:pPr>
        <w:rPr>
          <w:lang w:eastAsia="zh-CN"/>
        </w:rPr>
      </w:pPr>
      <w:r>
        <w:rPr>
          <w:rFonts w:cs="微软雅黑" w:hint="eastAsia"/>
          <w:b/>
          <w:lang w:eastAsia="zh-CN"/>
        </w:rPr>
        <w:t>增量包B「行业应用与竞赛冲顶包」约+40万（合计400,000元）</w:t>
      </w:r>
    </w:p>
    <w:tbl>
      <w:tblPr>
        <w:tblW w:w="5000" w:type="pct"/>
        <w:tblLook w:val="04A0" w:firstRow="1" w:lastRow="0" w:firstColumn="1" w:lastColumn="0" w:noHBand="0" w:noVBand="1"/>
      </w:tblPr>
      <w:tblGrid>
        <w:gridCol w:w="4569"/>
        <w:gridCol w:w="4569"/>
      </w:tblGrid>
      <w:tr w:rsidR="004A7F88" w14:paraId="205E5F48" w14:textId="77777777">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7C970C6" w14:textId="77777777" w:rsidR="004A7F88" w:rsidRDefault="00000000">
            <w:pPr>
              <w:spacing w:before="45" w:after="45" w:line="240" w:lineRule="auto"/>
              <w:jc w:val="left"/>
            </w:pPr>
            <w:r>
              <w:rPr>
                <w:b/>
                <w:color w:val="1A237E"/>
                <w:sz w:val="18"/>
              </w:rPr>
              <w:t>项目</w:t>
            </w:r>
          </w:p>
        </w:tc>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5F8443C" w14:textId="77777777" w:rsidR="004A7F88" w:rsidRDefault="00000000">
            <w:pPr>
              <w:spacing w:before="45" w:after="45" w:line="240" w:lineRule="auto"/>
              <w:jc w:val="right"/>
            </w:pPr>
            <w:r>
              <w:rPr>
                <w:b/>
                <w:color w:val="1A237E"/>
                <w:sz w:val="18"/>
              </w:rPr>
              <w:t>金额（元）</w:t>
            </w:r>
          </w:p>
        </w:tc>
      </w:tr>
      <w:tr w:rsidR="004A7F88" w14:paraId="6FFCD5BE"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F7A0A72" w14:textId="77777777" w:rsidR="004A7F88" w:rsidRDefault="00000000">
            <w:pPr>
              <w:spacing w:before="45" w:after="45" w:line="240" w:lineRule="auto"/>
              <w:jc w:val="left"/>
              <w:rPr>
                <w:lang w:eastAsia="zh-CN"/>
              </w:rPr>
            </w:pPr>
            <w:r>
              <w:rPr>
                <w:sz w:val="18"/>
                <w:lang w:eastAsia="zh-CN"/>
              </w:rPr>
              <w:t>行业级多旋翼平台（ RTK+ 云台相机）</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7EFA794" w14:textId="77777777" w:rsidR="004A7F88" w:rsidRDefault="00000000">
            <w:pPr>
              <w:spacing w:before="45" w:after="45" w:line="240" w:lineRule="auto"/>
              <w:jc w:val="right"/>
            </w:pPr>
            <w:r>
              <w:rPr>
                <w:sz w:val="18"/>
              </w:rPr>
              <w:t>90,000</w:t>
            </w:r>
          </w:p>
        </w:tc>
      </w:tr>
      <w:tr w:rsidR="004A7F88" w14:paraId="76389F98"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1A0D953" w14:textId="77777777" w:rsidR="004A7F88" w:rsidRDefault="00000000">
            <w:pPr>
              <w:spacing w:before="45" w:after="45" w:line="240" w:lineRule="auto"/>
              <w:jc w:val="left"/>
            </w:pPr>
            <w:r>
              <w:rPr>
                <w:sz w:val="18"/>
              </w:rPr>
              <w:t>RTK 差分基站</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2BE365F" w14:textId="77777777" w:rsidR="004A7F88" w:rsidRDefault="00000000">
            <w:pPr>
              <w:spacing w:before="45" w:after="45" w:line="240" w:lineRule="auto"/>
              <w:jc w:val="right"/>
            </w:pPr>
            <w:r>
              <w:rPr>
                <w:sz w:val="18"/>
              </w:rPr>
              <w:t>35,000</w:t>
            </w:r>
          </w:p>
        </w:tc>
      </w:tr>
      <w:tr w:rsidR="004A7F88" w14:paraId="3ECD2923"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54F7630" w14:textId="77777777" w:rsidR="004A7F88" w:rsidRDefault="00000000">
            <w:pPr>
              <w:spacing w:before="45" w:after="45" w:line="240" w:lineRule="auto"/>
              <w:jc w:val="left"/>
            </w:pPr>
            <w:r>
              <w:rPr>
                <w:sz w:val="18"/>
              </w:rPr>
              <w:t>巡检 / 测绘软件套件</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47605E7" w14:textId="77777777" w:rsidR="004A7F88" w:rsidRDefault="00000000">
            <w:pPr>
              <w:spacing w:before="45" w:after="45" w:line="240" w:lineRule="auto"/>
              <w:jc w:val="right"/>
            </w:pPr>
            <w:r>
              <w:rPr>
                <w:sz w:val="18"/>
              </w:rPr>
              <w:t>60,000</w:t>
            </w:r>
          </w:p>
        </w:tc>
      </w:tr>
      <w:tr w:rsidR="004A7F88" w14:paraId="112101D3"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FB002B9" w14:textId="77777777" w:rsidR="004A7F88" w:rsidRDefault="00000000">
            <w:pPr>
              <w:spacing w:before="45" w:after="45" w:line="240" w:lineRule="auto"/>
              <w:jc w:val="left"/>
            </w:pPr>
            <w:r>
              <w:rPr>
                <w:sz w:val="18"/>
              </w:rPr>
              <w:t>竞速套装 6 机</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E655955" w14:textId="77777777" w:rsidR="004A7F88" w:rsidRDefault="00000000">
            <w:pPr>
              <w:spacing w:before="45" w:after="45" w:line="240" w:lineRule="auto"/>
              <w:jc w:val="right"/>
            </w:pPr>
            <w:r>
              <w:rPr>
                <w:sz w:val="18"/>
              </w:rPr>
              <w:t>50,000</w:t>
            </w:r>
          </w:p>
        </w:tc>
      </w:tr>
      <w:tr w:rsidR="004A7F88" w14:paraId="761ED5CA"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A4FBD84" w14:textId="77777777" w:rsidR="004A7F88" w:rsidRDefault="00000000">
            <w:pPr>
              <w:spacing w:before="45" w:after="45" w:line="240" w:lineRule="auto"/>
              <w:jc w:val="left"/>
            </w:pPr>
            <w:r>
              <w:rPr>
                <w:sz w:val="18"/>
              </w:rPr>
              <w:t>编队扩至 30 机</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0263DD5" w14:textId="77777777" w:rsidR="004A7F88" w:rsidRDefault="00000000">
            <w:pPr>
              <w:spacing w:before="45" w:after="45" w:line="240" w:lineRule="auto"/>
              <w:jc w:val="right"/>
            </w:pPr>
            <w:r>
              <w:rPr>
                <w:sz w:val="18"/>
              </w:rPr>
              <w:t>80,000</w:t>
            </w:r>
          </w:p>
        </w:tc>
      </w:tr>
      <w:tr w:rsidR="004A7F88" w14:paraId="13DD8098"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7FC962E" w14:textId="77777777" w:rsidR="004A7F88" w:rsidRDefault="00000000">
            <w:pPr>
              <w:spacing w:before="45" w:after="45" w:line="240" w:lineRule="auto"/>
              <w:jc w:val="left"/>
            </w:pPr>
            <w:r>
              <w:rPr>
                <w:sz w:val="18"/>
              </w:rPr>
              <w:lastRenderedPageBreak/>
              <w:t>双创孵化基金</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01A167C" w14:textId="77777777" w:rsidR="004A7F88" w:rsidRDefault="00000000">
            <w:pPr>
              <w:spacing w:before="45" w:after="45" w:line="240" w:lineRule="auto"/>
              <w:jc w:val="right"/>
            </w:pPr>
            <w:r>
              <w:rPr>
                <w:sz w:val="18"/>
              </w:rPr>
              <w:t>60,000</w:t>
            </w:r>
          </w:p>
        </w:tc>
      </w:tr>
      <w:tr w:rsidR="004A7F88" w14:paraId="7D11195C" w14:textId="77777777">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39B1020" w14:textId="77777777" w:rsidR="004A7F88" w:rsidRDefault="00000000">
            <w:pPr>
              <w:spacing w:before="45" w:after="45" w:line="240" w:lineRule="auto"/>
              <w:jc w:val="left"/>
            </w:pPr>
            <w:r>
              <w:rPr>
                <w:sz w:val="18"/>
              </w:rPr>
              <w:t>竞赛耗材差旅</w:t>
            </w:r>
          </w:p>
        </w:tc>
        <w:tc>
          <w:tcPr>
            <w:tcW w:w="432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EC66B59" w14:textId="77777777" w:rsidR="004A7F88" w:rsidRDefault="00000000">
            <w:pPr>
              <w:spacing w:before="45" w:after="45" w:line="240" w:lineRule="auto"/>
              <w:jc w:val="right"/>
            </w:pPr>
            <w:r>
              <w:rPr>
                <w:sz w:val="18"/>
              </w:rPr>
              <w:t>25,000</w:t>
            </w:r>
          </w:p>
        </w:tc>
      </w:tr>
      <w:tr w:rsidR="004A7F88" w14:paraId="6D3142C6" w14:textId="77777777">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406CB12" w14:textId="77777777" w:rsidR="004A7F88" w:rsidRDefault="00000000">
            <w:pPr>
              <w:spacing w:before="45" w:after="45" w:line="240" w:lineRule="auto"/>
              <w:jc w:val="left"/>
            </w:pPr>
            <w:r>
              <w:rPr>
                <w:b/>
                <w:color w:val="1A237E"/>
                <w:sz w:val="18"/>
              </w:rPr>
              <w:t>合计</w:t>
            </w:r>
          </w:p>
        </w:tc>
        <w:tc>
          <w:tcPr>
            <w:tcW w:w="432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3A933B3" w14:textId="77777777" w:rsidR="004A7F88" w:rsidRDefault="00000000">
            <w:pPr>
              <w:spacing w:before="45" w:after="45" w:line="240" w:lineRule="auto"/>
              <w:jc w:val="right"/>
            </w:pPr>
            <w:r>
              <w:rPr>
                <w:b/>
                <w:color w:val="1A237E"/>
                <w:sz w:val="18"/>
              </w:rPr>
              <w:t>400,000</w:t>
            </w:r>
          </w:p>
        </w:tc>
      </w:tr>
    </w:tbl>
    <w:p w14:paraId="15DBA396" w14:textId="77777777" w:rsidR="004A7F88" w:rsidRDefault="00000000">
      <w:pPr>
        <w:rPr>
          <w:lang w:eastAsia="zh-CN"/>
        </w:rPr>
      </w:pPr>
      <w:r>
        <w:rPr>
          <w:rFonts w:cs="微软雅黑" w:hint="eastAsia"/>
          <w:lang w:eastAsia="zh-CN"/>
        </w:rPr>
        <w:t>新增能力：真实行业项目承接、省赛国赛竞争力、</w:t>
      </w:r>
      <w:r>
        <w:rPr>
          <w:lang w:eastAsia="zh-CN"/>
        </w:rPr>
        <w:t>30</w:t>
      </w:r>
      <w:r>
        <w:rPr>
          <w:rFonts w:cs="微软雅黑" w:hint="eastAsia"/>
          <w:lang w:eastAsia="zh-CN"/>
        </w:rPr>
        <w:t>机编队、双创孵化。</w:t>
      </w:r>
    </w:p>
    <w:p w14:paraId="261F7C7F" w14:textId="77777777" w:rsidR="004A7F88" w:rsidRDefault="00000000">
      <w:pPr>
        <w:pStyle w:val="31"/>
        <w:rPr>
          <w:lang w:eastAsia="zh-CN"/>
        </w:rPr>
      </w:pPr>
      <w:r>
        <w:rPr>
          <w:rFonts w:cs="微软雅黑" w:hint="eastAsia"/>
          <w:lang w:eastAsia="zh-CN"/>
        </w:rPr>
        <w:t>（八）遗留待办与询价提示</w:t>
      </w:r>
    </w:p>
    <w:p w14:paraId="20F7E729" w14:textId="77777777" w:rsidR="004A7F88" w:rsidRDefault="00000000">
      <w:pPr>
        <w:pBdr>
          <w:left w:val="single" w:sz="18" w:space="0" w:color="1565C0"/>
        </w:pBdr>
        <w:shd w:val="clear" w:color="auto" w:fill="F5F7FA"/>
        <w:spacing w:before="180"/>
        <w:rPr>
          <w:lang w:eastAsia="zh-CN"/>
        </w:rPr>
      </w:pPr>
      <w:r>
        <w:rPr>
          <w:lang w:eastAsia="zh-CN"/>
        </w:rPr>
        <w:t>  </w:t>
      </w:r>
      <w:r>
        <w:rPr>
          <w:rFonts w:cs="微软雅黑" w:hint="eastAsia"/>
          <w:lang w:eastAsia="zh-CN"/>
        </w:rPr>
        <w:t>所有【待询价】项建议招标前完成</w:t>
      </w:r>
      <w:r>
        <w:rPr>
          <w:lang w:eastAsia="zh-CN"/>
        </w:rPr>
        <w:t>3</w:t>
      </w:r>
      <w:r>
        <w:rPr>
          <w:rFonts w:cs="微软雅黑" w:hint="eastAsia"/>
          <w:lang w:eastAsia="zh-CN"/>
        </w:rPr>
        <w:t>家以上询价，暂列价与实际价差异超</w:t>
      </w:r>
      <w:r>
        <w:rPr>
          <w:lang w:eastAsia="zh-CN"/>
        </w:rPr>
        <w:t>±15%</w:t>
      </w:r>
      <w:r>
        <w:rPr>
          <w:rFonts w:cs="微软雅黑" w:hint="eastAsia"/>
          <w:lang w:eastAsia="zh-CN"/>
        </w:rPr>
        <w:t>时重算汇总。</w:t>
      </w:r>
    </w:p>
    <w:p w14:paraId="616BCD42" w14:textId="77777777" w:rsidR="004A7F88" w:rsidRDefault="00000000">
      <w:pPr>
        <w:pStyle w:val="21"/>
        <w:rPr>
          <w:lang w:eastAsia="zh-CN"/>
        </w:rPr>
      </w:pPr>
      <w:bookmarkStart w:id="5" w:name="section-6"/>
      <w:bookmarkEnd w:id="5"/>
      <w:r>
        <w:rPr>
          <w:rFonts w:cs="微软雅黑" w:hint="eastAsia"/>
          <w:lang w:eastAsia="zh-CN"/>
        </w:rPr>
        <w:t>六、课程体系搭建</w:t>
      </w:r>
    </w:p>
    <w:p w14:paraId="7FAE541C" w14:textId="77777777" w:rsidR="004A7F88" w:rsidRDefault="00000000">
      <w:pPr>
        <w:rPr>
          <w:lang w:eastAsia="zh-CN"/>
        </w:rPr>
      </w:pPr>
      <w:r>
        <w:rPr>
          <w:rFonts w:cs="微软雅黑" w:hint="eastAsia"/>
          <w:lang w:eastAsia="zh-CN"/>
        </w:rPr>
        <w:t>课程体系总课时约</w:t>
      </w:r>
      <w:r>
        <w:rPr>
          <w:lang w:eastAsia="zh-CN"/>
        </w:rPr>
        <w:t xml:space="preserve"> 360 </w:t>
      </w:r>
      <w:r>
        <w:rPr>
          <w:rFonts w:cs="微软雅黑" w:hint="eastAsia"/>
          <w:lang w:eastAsia="zh-CN"/>
        </w:rPr>
        <w:t>学时，可按</w:t>
      </w:r>
      <w:r>
        <w:rPr>
          <w:lang w:eastAsia="zh-CN"/>
        </w:rPr>
        <w:t xml:space="preserve"> 2 </w:t>
      </w:r>
      <w:r>
        <w:rPr>
          <w:rFonts w:cs="微软雅黑" w:hint="eastAsia"/>
          <w:lang w:eastAsia="zh-CN"/>
        </w:rPr>
        <w:t>学年分学期开设（</w:t>
      </w:r>
      <w:r>
        <w:rPr>
          <w:lang w:eastAsia="zh-CN"/>
        </w:rPr>
        <w:t>CAAC</w:t>
      </w:r>
      <w:r>
        <w:rPr>
          <w:rFonts w:cs="微软雅黑" w:hint="eastAsia"/>
          <w:lang w:eastAsia="zh-CN"/>
        </w:rPr>
        <w:t>备考模块可面向社会学员独立组班），共</w:t>
      </w:r>
      <w:r>
        <w:rPr>
          <w:lang w:eastAsia="zh-CN"/>
        </w:rPr>
        <w:t xml:space="preserve"> 10 </w:t>
      </w:r>
      <w:r>
        <w:rPr>
          <w:rFonts w:cs="微软雅黑" w:hint="eastAsia"/>
          <w:lang w:eastAsia="zh-CN"/>
        </w:rPr>
        <w:t>门课程，覆盖</w:t>
      </w:r>
      <w:r>
        <w:rPr>
          <w:lang w:eastAsia="zh-CN"/>
        </w:rPr>
        <w:t>"</w:t>
      </w:r>
      <w:r>
        <w:rPr>
          <w:rFonts w:cs="微软雅黑" w:hint="eastAsia"/>
          <w:lang w:eastAsia="zh-CN"/>
        </w:rPr>
        <w:t>基础</w:t>
      </w:r>
      <w:r>
        <w:rPr>
          <w:lang w:eastAsia="zh-CN"/>
        </w:rPr>
        <w:t>→</w:t>
      </w:r>
      <w:r>
        <w:rPr>
          <w:rFonts w:cs="微软雅黑" w:hint="eastAsia"/>
          <w:lang w:eastAsia="zh-CN"/>
        </w:rPr>
        <w:t>进阶</w:t>
      </w:r>
      <w:r>
        <w:rPr>
          <w:lang w:eastAsia="zh-CN"/>
        </w:rPr>
        <w:t>→</w:t>
      </w:r>
      <w:r>
        <w:rPr>
          <w:rFonts w:cs="微软雅黑" w:hint="eastAsia"/>
          <w:lang w:eastAsia="zh-CN"/>
        </w:rPr>
        <w:t>法规</w:t>
      </w:r>
      <w:r>
        <w:rPr>
          <w:lang w:eastAsia="zh-CN"/>
        </w:rPr>
        <w:t>→</w:t>
      </w:r>
      <w:r>
        <w:rPr>
          <w:rFonts w:cs="微软雅黑" w:hint="eastAsia"/>
          <w:lang w:eastAsia="zh-CN"/>
        </w:rPr>
        <w:t>应用</w:t>
      </w:r>
      <w:r>
        <w:rPr>
          <w:lang w:eastAsia="zh-CN"/>
        </w:rPr>
        <w:t>→</w:t>
      </w:r>
      <w:r>
        <w:rPr>
          <w:rFonts w:cs="微软雅黑" w:hint="eastAsia"/>
          <w:lang w:eastAsia="zh-CN"/>
        </w:rPr>
        <w:t>综合</w:t>
      </w:r>
      <w:r>
        <w:rPr>
          <w:lang w:eastAsia="zh-CN"/>
        </w:rPr>
        <w:t>"</w:t>
      </w:r>
      <w:r>
        <w:rPr>
          <w:rFonts w:cs="微软雅黑" w:hint="eastAsia"/>
          <w:lang w:eastAsia="zh-CN"/>
        </w:rPr>
        <w:t>完整进阶链路。</w:t>
      </w:r>
    </w:p>
    <w:tbl>
      <w:tblPr>
        <w:tblW w:w="5000" w:type="pct"/>
        <w:tblLook w:val="04A0" w:firstRow="1" w:lastRow="0" w:firstColumn="1" w:lastColumn="0" w:noHBand="0" w:noVBand="1"/>
      </w:tblPr>
      <w:tblGrid>
        <w:gridCol w:w="1827"/>
        <w:gridCol w:w="1827"/>
        <w:gridCol w:w="1828"/>
        <w:gridCol w:w="1828"/>
        <w:gridCol w:w="1828"/>
      </w:tblGrid>
      <w:tr w:rsidR="004A7F88" w14:paraId="3A4A664A" w14:textId="77777777">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DDDAF08" w14:textId="77777777" w:rsidR="004A7F88" w:rsidRDefault="00000000">
            <w:pPr>
              <w:spacing w:before="45" w:after="45" w:line="240" w:lineRule="auto"/>
              <w:jc w:val="left"/>
            </w:pPr>
            <w:r>
              <w:rPr>
                <w:b/>
                <w:color w:val="1A237E"/>
                <w:sz w:val="18"/>
              </w:rPr>
              <w:t>模块</w:t>
            </w:r>
          </w:p>
        </w:tc>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C909F4C" w14:textId="77777777" w:rsidR="004A7F88" w:rsidRDefault="00000000">
            <w:pPr>
              <w:spacing w:before="45" w:after="45" w:line="240" w:lineRule="auto"/>
              <w:jc w:val="left"/>
            </w:pPr>
            <w:r>
              <w:rPr>
                <w:b/>
                <w:color w:val="1A237E"/>
                <w:sz w:val="18"/>
              </w:rPr>
              <w:t>课程名称</w:t>
            </w:r>
          </w:p>
        </w:tc>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33BF4D5" w14:textId="77777777" w:rsidR="004A7F88" w:rsidRDefault="00000000">
            <w:pPr>
              <w:spacing w:before="45" w:after="45" w:line="240" w:lineRule="auto"/>
              <w:jc w:val="left"/>
            </w:pPr>
            <w:r>
              <w:rPr>
                <w:b/>
                <w:color w:val="1A237E"/>
                <w:sz w:val="18"/>
              </w:rPr>
              <w:t>课时</w:t>
            </w:r>
          </w:p>
        </w:tc>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5E2C817E" w14:textId="77777777" w:rsidR="004A7F88" w:rsidRDefault="00000000">
            <w:pPr>
              <w:spacing w:before="45" w:after="45" w:line="240" w:lineRule="auto"/>
              <w:jc w:val="left"/>
            </w:pPr>
            <w:r>
              <w:rPr>
                <w:b/>
                <w:color w:val="1A237E"/>
                <w:sz w:val="18"/>
              </w:rPr>
              <w:t>授课区域</w:t>
            </w:r>
          </w:p>
        </w:tc>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C70B130" w14:textId="77777777" w:rsidR="004A7F88" w:rsidRDefault="00000000">
            <w:pPr>
              <w:spacing w:before="45" w:after="45" w:line="240" w:lineRule="auto"/>
              <w:jc w:val="left"/>
            </w:pPr>
            <w:r>
              <w:rPr>
                <w:b/>
                <w:color w:val="1A237E"/>
                <w:sz w:val="18"/>
              </w:rPr>
              <w:t>教学内容</w:t>
            </w:r>
          </w:p>
        </w:tc>
      </w:tr>
      <w:tr w:rsidR="004A7F88" w14:paraId="2EA739E0"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342F56E" w14:textId="77777777" w:rsidR="004A7F88" w:rsidRDefault="00000000">
            <w:pPr>
              <w:spacing w:before="45" w:after="45" w:line="240" w:lineRule="auto"/>
              <w:jc w:val="left"/>
            </w:pPr>
            <w:r>
              <w:rPr>
                <w:sz w:val="18"/>
              </w:rPr>
              <w:t>基础模块</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ACE60EA" w14:textId="77777777" w:rsidR="004A7F88" w:rsidRDefault="00000000">
            <w:pPr>
              <w:spacing w:before="45" w:after="45" w:line="240" w:lineRule="auto"/>
              <w:jc w:val="left"/>
              <w:rPr>
                <w:lang w:eastAsia="zh-CN"/>
              </w:rPr>
            </w:pPr>
            <w:r>
              <w:rPr>
                <w:sz w:val="18"/>
                <w:lang w:eastAsia="zh-CN"/>
              </w:rPr>
              <w:t>无人机技术导论与飞行原理</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A68D6AF" w14:textId="77777777" w:rsidR="004A7F88" w:rsidRDefault="00000000">
            <w:pPr>
              <w:spacing w:before="45" w:after="45" w:line="240" w:lineRule="auto"/>
              <w:jc w:val="left"/>
            </w:pPr>
            <w:r>
              <w:rPr>
                <w:sz w:val="18"/>
              </w:rPr>
              <w:t>32</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300E412" w14:textId="77777777" w:rsidR="004A7F88" w:rsidRDefault="00000000">
            <w:pPr>
              <w:spacing w:before="45" w:after="45" w:line="240" w:lineRule="auto"/>
              <w:jc w:val="left"/>
              <w:rPr>
                <w:lang w:eastAsia="zh-CN"/>
              </w:rPr>
            </w:pPr>
            <w:r>
              <w:rPr>
                <w:sz w:val="18"/>
                <w:lang w:eastAsia="zh-CN"/>
              </w:rPr>
              <w:t>模拟飞行与 CAAC 考证实训区、展示体验与双创孵化角</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43A60FA" w14:textId="77777777" w:rsidR="004A7F88" w:rsidRDefault="00000000">
            <w:pPr>
              <w:spacing w:before="45" w:after="45" w:line="240" w:lineRule="auto"/>
              <w:jc w:val="left"/>
              <w:rPr>
                <w:lang w:eastAsia="zh-CN"/>
              </w:rPr>
            </w:pPr>
            <w:r>
              <w:rPr>
                <w:sz w:val="18"/>
                <w:lang w:eastAsia="zh-CN"/>
              </w:rPr>
              <w:t>讲授无人机发展史、分类、空气动力学基础与飞控原理</w:t>
            </w:r>
          </w:p>
        </w:tc>
      </w:tr>
      <w:tr w:rsidR="004A7F88" w14:paraId="16BEB596"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0642528" w14:textId="77777777" w:rsidR="004A7F88" w:rsidRDefault="00000000">
            <w:pPr>
              <w:spacing w:before="45" w:after="45" w:line="240" w:lineRule="auto"/>
              <w:jc w:val="left"/>
            </w:pPr>
            <w:r>
              <w:rPr>
                <w:sz w:val="18"/>
              </w:rPr>
              <w:t>基础模块</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CF2671D" w14:textId="77777777" w:rsidR="004A7F88" w:rsidRDefault="00000000">
            <w:pPr>
              <w:spacing w:before="45" w:after="45" w:line="240" w:lineRule="auto"/>
              <w:jc w:val="left"/>
              <w:rPr>
                <w:lang w:eastAsia="zh-CN"/>
              </w:rPr>
            </w:pPr>
            <w:r>
              <w:rPr>
                <w:sz w:val="18"/>
                <w:lang w:eastAsia="zh-CN"/>
              </w:rPr>
              <w:t>无人机组装与调试技术</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A6ABFD7" w14:textId="77777777" w:rsidR="004A7F88" w:rsidRDefault="00000000">
            <w:pPr>
              <w:spacing w:before="45" w:after="45" w:line="240" w:lineRule="auto"/>
              <w:jc w:val="left"/>
            </w:pPr>
            <w:r>
              <w:rPr>
                <w:sz w:val="18"/>
              </w:rPr>
              <w:t>48</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C4E8221" w14:textId="77777777" w:rsidR="004A7F88" w:rsidRDefault="00000000">
            <w:pPr>
              <w:spacing w:before="45" w:after="45" w:line="240" w:lineRule="auto"/>
              <w:jc w:val="left"/>
            </w:pPr>
            <w:r>
              <w:rPr>
                <w:sz w:val="18"/>
              </w:rPr>
              <w:t>装调与创新实训区</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AE322E7" w14:textId="77777777" w:rsidR="004A7F88" w:rsidRDefault="00000000">
            <w:pPr>
              <w:spacing w:before="45" w:after="45" w:line="240" w:lineRule="auto"/>
              <w:jc w:val="left"/>
              <w:rPr>
                <w:lang w:eastAsia="zh-CN"/>
              </w:rPr>
            </w:pPr>
            <w:r>
              <w:rPr>
                <w:sz w:val="18"/>
                <w:lang w:eastAsia="zh-CN"/>
              </w:rPr>
              <w:t>以多旋翼为主线，完成整机装配、焊接、调参与故障排查</w:t>
            </w:r>
          </w:p>
        </w:tc>
      </w:tr>
      <w:tr w:rsidR="004A7F88" w14:paraId="3A35C9FD"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D4901C7" w14:textId="77777777" w:rsidR="004A7F88" w:rsidRDefault="00000000">
            <w:pPr>
              <w:spacing w:before="45" w:after="45" w:line="240" w:lineRule="auto"/>
              <w:jc w:val="left"/>
            </w:pPr>
            <w:r>
              <w:rPr>
                <w:sz w:val="18"/>
              </w:rPr>
              <w:t>进阶模块</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4D5F14E" w14:textId="77777777" w:rsidR="004A7F88" w:rsidRDefault="00000000">
            <w:pPr>
              <w:spacing w:before="45" w:after="45" w:line="240" w:lineRule="auto"/>
              <w:jc w:val="left"/>
            </w:pPr>
            <w:r>
              <w:rPr>
                <w:sz w:val="18"/>
              </w:rPr>
              <w:t>模拟飞行训练</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E971825" w14:textId="77777777" w:rsidR="004A7F88" w:rsidRDefault="00000000">
            <w:pPr>
              <w:spacing w:before="45" w:after="45" w:line="240" w:lineRule="auto"/>
              <w:jc w:val="left"/>
            </w:pPr>
            <w:r>
              <w:rPr>
                <w:sz w:val="18"/>
              </w:rPr>
              <w:t>48</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5864958" w14:textId="77777777" w:rsidR="004A7F88" w:rsidRDefault="00000000">
            <w:pPr>
              <w:spacing w:before="45" w:after="45" w:line="240" w:lineRule="auto"/>
              <w:jc w:val="left"/>
              <w:rPr>
                <w:lang w:eastAsia="zh-CN"/>
              </w:rPr>
            </w:pPr>
            <w:r>
              <w:rPr>
                <w:sz w:val="18"/>
                <w:lang w:eastAsia="zh-CN"/>
              </w:rPr>
              <w:t>模拟飞行与 CAAC 考证实训区</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BB858DD" w14:textId="77777777" w:rsidR="004A7F88" w:rsidRDefault="00000000">
            <w:pPr>
              <w:spacing w:before="45" w:after="45" w:line="240" w:lineRule="auto"/>
              <w:jc w:val="left"/>
              <w:rPr>
                <w:lang w:eastAsia="zh-CN"/>
              </w:rPr>
            </w:pPr>
            <w:r>
              <w:rPr>
                <w:sz w:val="18"/>
                <w:lang w:eastAsia="zh-CN"/>
              </w:rPr>
              <w:t>借助模拟飞行系统训练操控基本功，覆盖起降、悬停、航线飞行</w:t>
            </w:r>
          </w:p>
        </w:tc>
      </w:tr>
      <w:tr w:rsidR="004A7F88" w14:paraId="36952C7F"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C92AF20" w14:textId="77777777" w:rsidR="004A7F88" w:rsidRDefault="00000000">
            <w:pPr>
              <w:spacing w:before="45" w:after="45" w:line="240" w:lineRule="auto"/>
              <w:jc w:val="left"/>
            </w:pPr>
            <w:r>
              <w:rPr>
                <w:sz w:val="18"/>
              </w:rPr>
              <w:t>进阶模块</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2552BA6" w14:textId="77777777" w:rsidR="004A7F88" w:rsidRDefault="00000000">
            <w:pPr>
              <w:spacing w:before="45" w:after="45" w:line="240" w:lineRule="auto"/>
              <w:jc w:val="left"/>
              <w:rPr>
                <w:lang w:eastAsia="zh-CN"/>
              </w:rPr>
            </w:pPr>
            <w:r>
              <w:rPr>
                <w:sz w:val="18"/>
                <w:lang w:eastAsia="zh-CN"/>
              </w:rPr>
              <w:t>无人机操控与外场飞行实训</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8787504" w14:textId="77777777" w:rsidR="004A7F88" w:rsidRDefault="00000000">
            <w:pPr>
              <w:spacing w:before="45" w:after="45" w:line="240" w:lineRule="auto"/>
              <w:jc w:val="left"/>
            </w:pPr>
            <w:r>
              <w:rPr>
                <w:sz w:val="18"/>
              </w:rPr>
              <w:t>48</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02E0201" w14:textId="77777777" w:rsidR="004A7F88" w:rsidRDefault="00000000">
            <w:pPr>
              <w:spacing w:before="45" w:after="45" w:line="240" w:lineRule="auto"/>
              <w:jc w:val="left"/>
            </w:pPr>
            <w:r>
              <w:rPr>
                <w:sz w:val="18"/>
              </w:rPr>
              <w:t>室外飞行训练场</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00FBB67" w14:textId="77777777" w:rsidR="004A7F88" w:rsidRDefault="00000000">
            <w:pPr>
              <w:spacing w:before="45" w:after="45" w:line="240" w:lineRule="auto"/>
              <w:jc w:val="left"/>
              <w:rPr>
                <w:lang w:eastAsia="zh-CN"/>
              </w:rPr>
            </w:pPr>
            <w:r>
              <w:rPr>
                <w:sz w:val="18"/>
                <w:lang w:eastAsia="zh-CN"/>
              </w:rPr>
              <w:t>真机起降、悬停、绕标与航线飞行训练，强化飞行安全操作规范</w:t>
            </w:r>
          </w:p>
        </w:tc>
      </w:tr>
      <w:tr w:rsidR="004A7F88" w14:paraId="02F49835"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3D8C1F5" w14:textId="77777777" w:rsidR="004A7F88" w:rsidRDefault="00000000">
            <w:pPr>
              <w:spacing w:before="45" w:after="45" w:line="240" w:lineRule="auto"/>
              <w:jc w:val="left"/>
              <w:rPr>
                <w:lang w:eastAsia="zh-CN"/>
              </w:rPr>
            </w:pPr>
            <w:r>
              <w:rPr>
                <w:sz w:val="18"/>
                <w:lang w:eastAsia="zh-CN"/>
              </w:rPr>
              <w:t>法规模块（ CAAC 备考）</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D9581DB" w14:textId="77777777" w:rsidR="004A7F88" w:rsidRDefault="00000000">
            <w:pPr>
              <w:spacing w:before="45" w:after="45" w:line="240" w:lineRule="auto"/>
              <w:jc w:val="left"/>
              <w:rPr>
                <w:lang w:eastAsia="zh-CN"/>
              </w:rPr>
            </w:pPr>
            <w:r>
              <w:rPr>
                <w:sz w:val="18"/>
                <w:lang w:eastAsia="zh-CN"/>
              </w:rPr>
              <w:t>无人机飞行安全与空域法规</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BA3B50D" w14:textId="77777777" w:rsidR="004A7F88" w:rsidRDefault="00000000">
            <w:pPr>
              <w:spacing w:before="45" w:after="45" w:line="240" w:lineRule="auto"/>
              <w:jc w:val="left"/>
            </w:pPr>
            <w:r>
              <w:rPr>
                <w:sz w:val="18"/>
              </w:rPr>
              <w:t>24</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265B5BA" w14:textId="77777777" w:rsidR="004A7F88" w:rsidRDefault="00000000">
            <w:pPr>
              <w:spacing w:before="45" w:after="45" w:line="240" w:lineRule="auto"/>
              <w:jc w:val="left"/>
              <w:rPr>
                <w:lang w:eastAsia="zh-CN"/>
              </w:rPr>
            </w:pPr>
            <w:r>
              <w:rPr>
                <w:sz w:val="18"/>
                <w:lang w:eastAsia="zh-CN"/>
              </w:rPr>
              <w:t>模拟飞行与 CAAC 考证实训区</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2F959BE" w14:textId="77777777" w:rsidR="004A7F88" w:rsidRDefault="00000000">
            <w:pPr>
              <w:spacing w:before="45" w:after="45" w:line="240" w:lineRule="auto"/>
              <w:jc w:val="left"/>
              <w:rPr>
                <w:lang w:eastAsia="zh-CN"/>
              </w:rPr>
            </w:pPr>
            <w:r>
              <w:rPr>
                <w:sz w:val="18"/>
                <w:lang w:eastAsia="zh-CN"/>
              </w:rPr>
              <w:t>讲授无人驾驶航空器飞行管理相关法规、空域申请、适航与飞行安全知识</w:t>
            </w:r>
          </w:p>
        </w:tc>
      </w:tr>
      <w:tr w:rsidR="004A7F88" w14:paraId="5B218712"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C7FECFC" w14:textId="77777777" w:rsidR="004A7F88" w:rsidRDefault="00000000">
            <w:pPr>
              <w:spacing w:before="45" w:after="45" w:line="240" w:lineRule="auto"/>
              <w:jc w:val="left"/>
              <w:rPr>
                <w:lang w:eastAsia="zh-CN"/>
              </w:rPr>
            </w:pPr>
            <w:r>
              <w:rPr>
                <w:sz w:val="18"/>
                <w:lang w:eastAsia="zh-CN"/>
              </w:rPr>
              <w:t xml:space="preserve">法规模块（ CAAC </w:t>
            </w:r>
            <w:r>
              <w:rPr>
                <w:sz w:val="18"/>
                <w:lang w:eastAsia="zh-CN"/>
              </w:rPr>
              <w:lastRenderedPageBreak/>
              <w:t>备考）</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2B3878B" w14:textId="77777777" w:rsidR="004A7F88" w:rsidRDefault="00000000">
            <w:pPr>
              <w:spacing w:before="45" w:after="45" w:line="240" w:lineRule="auto"/>
              <w:jc w:val="left"/>
              <w:rPr>
                <w:lang w:eastAsia="zh-CN"/>
              </w:rPr>
            </w:pPr>
            <w:r>
              <w:rPr>
                <w:sz w:val="18"/>
                <w:lang w:eastAsia="zh-CN"/>
              </w:rPr>
              <w:lastRenderedPageBreak/>
              <w:t>CAAC  执照理论备</w:t>
            </w:r>
            <w:r>
              <w:rPr>
                <w:sz w:val="18"/>
                <w:lang w:eastAsia="zh-CN"/>
              </w:rPr>
              <w:lastRenderedPageBreak/>
              <w:t>考强化</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C63C3F9" w14:textId="77777777" w:rsidR="004A7F88" w:rsidRDefault="00000000">
            <w:pPr>
              <w:spacing w:before="45" w:after="45" w:line="240" w:lineRule="auto"/>
              <w:jc w:val="left"/>
            </w:pPr>
            <w:r>
              <w:rPr>
                <w:sz w:val="18"/>
              </w:rPr>
              <w:lastRenderedPageBreak/>
              <w:t>40</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A62178D" w14:textId="77777777" w:rsidR="004A7F88" w:rsidRDefault="00000000">
            <w:pPr>
              <w:spacing w:before="45" w:after="45" w:line="240" w:lineRule="auto"/>
              <w:jc w:val="left"/>
              <w:rPr>
                <w:lang w:eastAsia="zh-CN"/>
              </w:rPr>
            </w:pPr>
            <w:r>
              <w:rPr>
                <w:sz w:val="18"/>
                <w:lang w:eastAsia="zh-CN"/>
              </w:rPr>
              <w:t xml:space="preserve">模拟飞行与 CAAC </w:t>
            </w:r>
            <w:r>
              <w:rPr>
                <w:sz w:val="18"/>
                <w:lang w:eastAsia="zh-CN"/>
              </w:rPr>
              <w:lastRenderedPageBreak/>
              <w:t>考证实训区</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02E4BE0" w14:textId="77777777" w:rsidR="004A7F88" w:rsidRDefault="00000000">
            <w:pPr>
              <w:spacing w:before="45" w:after="45" w:line="240" w:lineRule="auto"/>
              <w:jc w:val="left"/>
              <w:rPr>
                <w:lang w:eastAsia="zh-CN"/>
              </w:rPr>
            </w:pPr>
            <w:r>
              <w:rPr>
                <w:sz w:val="18"/>
                <w:lang w:eastAsia="zh-CN"/>
              </w:rPr>
              <w:lastRenderedPageBreak/>
              <w:t>按  CAAC  理论考试</w:t>
            </w:r>
            <w:r>
              <w:rPr>
                <w:sz w:val="18"/>
                <w:lang w:eastAsia="zh-CN"/>
              </w:rPr>
              <w:lastRenderedPageBreak/>
              <w:t>大纲开展考点精讲、题库刷题与全真模拟考试</w:t>
            </w:r>
          </w:p>
        </w:tc>
      </w:tr>
      <w:tr w:rsidR="004A7F88" w14:paraId="31F84F41"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047AE4F" w14:textId="77777777" w:rsidR="004A7F88" w:rsidRDefault="00000000">
            <w:pPr>
              <w:spacing w:before="45" w:after="45" w:line="240" w:lineRule="auto"/>
              <w:jc w:val="left"/>
              <w:rPr>
                <w:lang w:eastAsia="zh-CN"/>
              </w:rPr>
            </w:pPr>
            <w:r>
              <w:rPr>
                <w:sz w:val="18"/>
                <w:lang w:eastAsia="zh-CN"/>
              </w:rPr>
              <w:lastRenderedPageBreak/>
              <w:t>法规模块（ CAAC 备考）</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8F6CE56" w14:textId="77777777" w:rsidR="004A7F88" w:rsidRDefault="00000000">
            <w:pPr>
              <w:spacing w:before="45" w:after="45" w:line="240" w:lineRule="auto"/>
              <w:jc w:val="left"/>
              <w:rPr>
                <w:lang w:eastAsia="zh-CN"/>
              </w:rPr>
            </w:pPr>
            <w:r>
              <w:rPr>
                <w:sz w:val="18"/>
                <w:lang w:eastAsia="zh-CN"/>
              </w:rPr>
              <w:t>CAAC  执照实操备考训练</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F569794" w14:textId="77777777" w:rsidR="004A7F88" w:rsidRDefault="00000000">
            <w:pPr>
              <w:spacing w:before="45" w:after="45" w:line="240" w:lineRule="auto"/>
              <w:jc w:val="left"/>
            </w:pPr>
            <w:r>
              <w:rPr>
                <w:sz w:val="18"/>
              </w:rPr>
              <w:t>40</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801D68A" w14:textId="77777777" w:rsidR="004A7F88" w:rsidRDefault="00000000">
            <w:pPr>
              <w:spacing w:before="45" w:after="45" w:line="240" w:lineRule="auto"/>
              <w:jc w:val="left"/>
              <w:rPr>
                <w:lang w:eastAsia="zh-CN"/>
              </w:rPr>
            </w:pPr>
            <w:r>
              <w:rPr>
                <w:sz w:val="18"/>
                <w:lang w:eastAsia="zh-CN"/>
              </w:rPr>
              <w:t>室外飞行训练场、模拟飞行与 CAAC 考证实训区</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9905ACC" w14:textId="77777777" w:rsidR="004A7F88" w:rsidRDefault="00000000">
            <w:pPr>
              <w:spacing w:before="45" w:after="45" w:line="240" w:lineRule="auto"/>
              <w:jc w:val="left"/>
              <w:rPr>
                <w:lang w:eastAsia="zh-CN"/>
              </w:rPr>
            </w:pPr>
            <w:r>
              <w:rPr>
                <w:sz w:val="18"/>
                <w:lang w:eastAsia="zh-CN"/>
              </w:rPr>
              <w:t>对标  CAAC  实操考试科目（自旋、水平八字等）强化训练</w:t>
            </w:r>
          </w:p>
        </w:tc>
      </w:tr>
      <w:tr w:rsidR="004A7F88" w14:paraId="7C5E8D83"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E052FEE" w14:textId="77777777" w:rsidR="004A7F88" w:rsidRDefault="00000000">
            <w:pPr>
              <w:spacing w:before="45" w:after="45" w:line="240" w:lineRule="auto"/>
              <w:jc w:val="left"/>
            </w:pPr>
            <w:r>
              <w:rPr>
                <w:sz w:val="18"/>
              </w:rPr>
              <w:t>应用模块</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80C8398" w14:textId="77777777" w:rsidR="004A7F88" w:rsidRDefault="00000000">
            <w:pPr>
              <w:spacing w:before="45" w:after="45" w:line="240" w:lineRule="auto"/>
              <w:jc w:val="left"/>
              <w:rPr>
                <w:lang w:eastAsia="zh-CN"/>
              </w:rPr>
            </w:pPr>
            <w:r>
              <w:rPr>
                <w:sz w:val="18"/>
                <w:lang w:eastAsia="zh-CN"/>
              </w:rPr>
              <w:t>无人机航拍与测绘数据处理</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32138A9" w14:textId="77777777" w:rsidR="004A7F88" w:rsidRDefault="00000000">
            <w:pPr>
              <w:spacing w:before="45" w:after="45" w:line="240" w:lineRule="auto"/>
              <w:jc w:val="left"/>
            </w:pPr>
            <w:r>
              <w:rPr>
                <w:sz w:val="18"/>
              </w:rPr>
              <w:t>32</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4C876816" w14:textId="77777777" w:rsidR="004A7F88" w:rsidRDefault="00000000">
            <w:pPr>
              <w:spacing w:before="45" w:after="45" w:line="240" w:lineRule="auto"/>
              <w:jc w:val="left"/>
              <w:rPr>
                <w:lang w:eastAsia="zh-CN"/>
              </w:rPr>
            </w:pPr>
            <w:r>
              <w:rPr>
                <w:sz w:val="18"/>
                <w:lang w:eastAsia="zh-CN"/>
              </w:rPr>
              <w:t>装调与创新实训区、室外飞行训练场</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1B0F2C8" w14:textId="77777777" w:rsidR="004A7F88" w:rsidRDefault="00000000">
            <w:pPr>
              <w:spacing w:before="45" w:after="45" w:line="240" w:lineRule="auto"/>
              <w:jc w:val="left"/>
              <w:rPr>
                <w:lang w:eastAsia="zh-CN"/>
              </w:rPr>
            </w:pPr>
            <w:r>
              <w:rPr>
                <w:sz w:val="18"/>
                <w:lang w:eastAsia="zh-CN"/>
              </w:rPr>
              <w:t>训练航拍作业、倾斜摄影与测绘数据采集处理</w:t>
            </w:r>
          </w:p>
        </w:tc>
      </w:tr>
      <w:tr w:rsidR="004A7F88" w14:paraId="6B454615"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267D6E6" w14:textId="77777777" w:rsidR="004A7F88" w:rsidRDefault="00000000">
            <w:pPr>
              <w:spacing w:before="45" w:after="45" w:line="240" w:lineRule="auto"/>
              <w:jc w:val="left"/>
            </w:pPr>
            <w:r>
              <w:rPr>
                <w:sz w:val="18"/>
              </w:rPr>
              <w:t>应用模块</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4AC0D25" w14:textId="77777777" w:rsidR="004A7F88" w:rsidRDefault="00000000">
            <w:pPr>
              <w:spacing w:before="45" w:after="45" w:line="240" w:lineRule="auto"/>
              <w:jc w:val="left"/>
              <w:rPr>
                <w:lang w:eastAsia="zh-CN"/>
              </w:rPr>
            </w:pPr>
            <w:r>
              <w:rPr>
                <w:sz w:val="18"/>
                <w:lang w:eastAsia="zh-CN"/>
              </w:rPr>
              <w:t>无人机行业应用综合实践（巡检 / 农业 / 应急）</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7812B3F" w14:textId="77777777" w:rsidR="004A7F88" w:rsidRDefault="00000000">
            <w:pPr>
              <w:spacing w:before="45" w:after="45" w:line="240" w:lineRule="auto"/>
              <w:jc w:val="left"/>
            </w:pPr>
            <w:r>
              <w:rPr>
                <w:sz w:val="18"/>
              </w:rPr>
              <w:t>32</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164CB75" w14:textId="77777777" w:rsidR="004A7F88" w:rsidRDefault="00000000">
            <w:pPr>
              <w:spacing w:before="45" w:after="45" w:line="240" w:lineRule="auto"/>
              <w:jc w:val="left"/>
              <w:rPr>
                <w:lang w:eastAsia="zh-CN"/>
              </w:rPr>
            </w:pPr>
            <w:r>
              <w:rPr>
                <w:sz w:val="18"/>
                <w:lang w:eastAsia="zh-CN"/>
              </w:rPr>
              <w:t>室外飞行训练场、模拟飞行与 CAAC 考证实训区</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2DE0A7E" w14:textId="77777777" w:rsidR="004A7F88" w:rsidRDefault="00000000">
            <w:pPr>
              <w:spacing w:before="45" w:after="45" w:line="240" w:lineRule="auto"/>
              <w:jc w:val="left"/>
              <w:rPr>
                <w:lang w:eastAsia="zh-CN"/>
              </w:rPr>
            </w:pPr>
            <w:r>
              <w:rPr>
                <w:sz w:val="18"/>
                <w:lang w:eastAsia="zh-CN"/>
              </w:rPr>
              <w:t>以电力巡检、农业植保、应急救援等真实场景为载体的项目化综合实训</w:t>
            </w:r>
          </w:p>
        </w:tc>
      </w:tr>
      <w:tr w:rsidR="004A7F88" w14:paraId="11F469B0" w14:textId="77777777">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B9E95D1" w14:textId="77777777" w:rsidR="004A7F88" w:rsidRDefault="00000000">
            <w:pPr>
              <w:spacing w:before="45" w:after="45" w:line="240" w:lineRule="auto"/>
              <w:jc w:val="left"/>
            </w:pPr>
            <w:r>
              <w:rPr>
                <w:sz w:val="18"/>
              </w:rPr>
              <w:t>综合模块</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DE650A9" w14:textId="77777777" w:rsidR="004A7F88" w:rsidRDefault="00000000">
            <w:pPr>
              <w:spacing w:before="45" w:after="45" w:line="240" w:lineRule="auto"/>
              <w:jc w:val="left"/>
              <w:rPr>
                <w:lang w:eastAsia="zh-CN"/>
              </w:rPr>
            </w:pPr>
            <w:r>
              <w:rPr>
                <w:sz w:val="18"/>
                <w:lang w:eastAsia="zh-CN"/>
              </w:rPr>
              <w:t>无人机双创项目孵化实战</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7B14627" w14:textId="77777777" w:rsidR="004A7F88" w:rsidRDefault="00000000">
            <w:pPr>
              <w:spacing w:before="45" w:after="45" w:line="240" w:lineRule="auto"/>
              <w:jc w:val="left"/>
            </w:pPr>
            <w:r>
              <w:rPr>
                <w:sz w:val="18"/>
              </w:rPr>
              <w:t>16</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6DD093B" w14:textId="77777777" w:rsidR="004A7F88" w:rsidRDefault="00000000">
            <w:pPr>
              <w:spacing w:before="45" w:after="45" w:line="240" w:lineRule="auto"/>
              <w:jc w:val="left"/>
              <w:rPr>
                <w:lang w:eastAsia="zh-CN"/>
              </w:rPr>
            </w:pPr>
            <w:r>
              <w:rPr>
                <w:sz w:val="18"/>
                <w:lang w:eastAsia="zh-CN"/>
              </w:rPr>
              <w:t>展示体验与双创孵化角、装调与创新实训区</w:t>
            </w:r>
          </w:p>
        </w:tc>
        <w:tc>
          <w:tcPr>
            <w:tcW w:w="1728"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8B7E5B8" w14:textId="77777777" w:rsidR="004A7F88" w:rsidRDefault="00000000">
            <w:pPr>
              <w:spacing w:before="45" w:after="45" w:line="240" w:lineRule="auto"/>
              <w:jc w:val="left"/>
              <w:rPr>
                <w:lang w:eastAsia="zh-CN"/>
              </w:rPr>
            </w:pPr>
            <w:r>
              <w:rPr>
                <w:sz w:val="18"/>
                <w:lang w:eastAsia="zh-CN"/>
              </w:rPr>
              <w:t>以团队制开展双创项目选题、样机制作、商业计划与路演</w:t>
            </w:r>
          </w:p>
        </w:tc>
      </w:tr>
      <w:tr w:rsidR="004A7F88" w14:paraId="627EB324" w14:textId="77777777">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8872DFF" w14:textId="77777777" w:rsidR="004A7F88" w:rsidRDefault="00000000">
            <w:pPr>
              <w:spacing w:before="45" w:after="45" w:line="240" w:lineRule="auto"/>
              <w:jc w:val="left"/>
            </w:pPr>
            <w:r>
              <w:rPr>
                <w:b/>
                <w:color w:val="1A237E"/>
                <w:sz w:val="18"/>
              </w:rPr>
              <w:t>合计</w:t>
            </w:r>
          </w:p>
        </w:tc>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24FC7E28" w14:textId="77777777" w:rsidR="004A7F88" w:rsidRDefault="00000000">
            <w:pPr>
              <w:spacing w:before="45" w:after="45" w:line="240" w:lineRule="auto"/>
              <w:jc w:val="left"/>
            </w:pPr>
            <w:r>
              <w:rPr>
                <w:b/>
                <w:color w:val="1A237E"/>
                <w:sz w:val="18"/>
              </w:rPr>
              <w:t>10  门课程</w:t>
            </w:r>
          </w:p>
        </w:tc>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05809B4D" w14:textId="77777777" w:rsidR="004A7F88" w:rsidRDefault="00000000">
            <w:pPr>
              <w:spacing w:before="45" w:after="45" w:line="240" w:lineRule="auto"/>
              <w:jc w:val="left"/>
            </w:pPr>
            <w:r>
              <w:rPr>
                <w:b/>
                <w:color w:val="1A237E"/>
                <w:sz w:val="18"/>
              </w:rPr>
              <w:t>360</w:t>
            </w:r>
          </w:p>
        </w:tc>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31D2997D" w14:textId="77777777" w:rsidR="004A7F88" w:rsidRDefault="00000000">
            <w:pPr>
              <w:spacing w:before="45" w:after="45" w:line="240" w:lineRule="auto"/>
              <w:jc w:val="left"/>
            </w:pPr>
            <w:r>
              <w:rPr>
                <w:b/>
                <w:color w:val="1A237E"/>
                <w:sz w:val="18"/>
              </w:rPr>
              <w:t>—</w:t>
            </w:r>
          </w:p>
        </w:tc>
        <w:tc>
          <w:tcPr>
            <w:tcW w:w="1728"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775712F2" w14:textId="77777777" w:rsidR="004A7F88" w:rsidRDefault="00000000">
            <w:pPr>
              <w:spacing w:before="45" w:after="45" w:line="240" w:lineRule="auto"/>
              <w:jc w:val="left"/>
            </w:pPr>
            <w:r>
              <w:rPr>
                <w:b/>
                <w:color w:val="1A237E"/>
                <w:sz w:val="18"/>
              </w:rPr>
              <w:t>—</w:t>
            </w:r>
          </w:p>
        </w:tc>
      </w:tr>
    </w:tbl>
    <w:p w14:paraId="31AB5534" w14:textId="77777777" w:rsidR="004A7F88" w:rsidRDefault="00000000">
      <w:pPr>
        <w:pStyle w:val="31"/>
      </w:pPr>
      <w:r>
        <w:rPr>
          <w:rFonts w:cs="微软雅黑" w:hint="eastAsia"/>
          <w:lang w:eastAsia="zh-CN"/>
        </w:rPr>
        <w:t>（一）师资建设专项</w:t>
      </w:r>
    </w:p>
    <w:p w14:paraId="14F07FAA" w14:textId="77777777" w:rsidR="004A7F88" w:rsidRDefault="00000000">
      <w:pPr>
        <w:rPr>
          <w:lang w:eastAsia="zh-CN"/>
        </w:rPr>
      </w:pPr>
      <w:r>
        <w:rPr>
          <w:rFonts w:cs="微软雅黑" w:hint="eastAsia"/>
          <w:lang w:eastAsia="zh-CN"/>
        </w:rPr>
        <w:t>实施</w:t>
      </w:r>
      <w:r>
        <w:rPr>
          <w:lang w:eastAsia="zh-CN"/>
        </w:rPr>
        <w:t>"</w:t>
      </w:r>
      <w:r>
        <w:rPr>
          <w:rFonts w:cs="微软雅黑" w:hint="eastAsia"/>
          <w:lang w:eastAsia="zh-CN"/>
        </w:rPr>
        <w:t>内培外引、双轨并进</w:t>
      </w:r>
      <w:r>
        <w:rPr>
          <w:lang w:eastAsia="zh-CN"/>
        </w:rPr>
        <w:t>"</w:t>
      </w:r>
      <w:r>
        <w:rPr>
          <w:rFonts w:cs="微软雅黑" w:hint="eastAsia"/>
          <w:lang w:eastAsia="zh-CN"/>
        </w:rPr>
        <w:t>的双师培养计划：</w:t>
      </w:r>
    </w:p>
    <w:p w14:paraId="695E5314" w14:textId="77777777" w:rsidR="004A7F88" w:rsidRDefault="00000000">
      <w:pPr>
        <w:pStyle w:val="a"/>
        <w:numPr>
          <w:ilvl w:val="0"/>
          <w:numId w:val="11"/>
        </w:numPr>
        <w:spacing w:after="84"/>
        <w:rPr>
          <w:lang w:eastAsia="zh-CN"/>
        </w:rPr>
      </w:pPr>
      <w:r>
        <w:rPr>
          <w:rFonts w:cs="微软雅黑" w:hint="eastAsia"/>
          <w:b/>
          <w:lang w:eastAsia="zh-CN"/>
        </w:rPr>
        <w:t>教师取证路径</w:t>
      </w:r>
      <w:r>
        <w:rPr>
          <w:rFonts w:cs="微软雅黑" w:hint="eastAsia"/>
          <w:lang w:eastAsia="zh-CN"/>
        </w:rPr>
        <w:t>：选派</w:t>
      </w:r>
      <w:r>
        <w:rPr>
          <w:lang w:eastAsia="zh-CN"/>
        </w:rPr>
        <w:t xml:space="preserve"> 5—8 </w:t>
      </w:r>
      <w:r>
        <w:rPr>
          <w:rFonts w:cs="微软雅黑" w:hint="eastAsia"/>
          <w:lang w:eastAsia="zh-CN"/>
        </w:rPr>
        <w:t>名骨干教师参加</w:t>
      </w:r>
      <w:r>
        <w:rPr>
          <w:lang w:eastAsia="zh-CN"/>
        </w:rPr>
        <w:t xml:space="preserve"> CAAC </w:t>
      </w:r>
      <w:r>
        <w:rPr>
          <w:rFonts w:cs="微软雅黑" w:hint="eastAsia"/>
          <w:lang w:eastAsia="zh-CN"/>
        </w:rPr>
        <w:t>操控员执照及教员级培训与考试，预期</w:t>
      </w:r>
      <w:r>
        <w:rPr>
          <w:lang w:eastAsia="zh-CN"/>
        </w:rPr>
        <w:t xml:space="preserve"> 2 </w:t>
      </w:r>
      <w:r>
        <w:rPr>
          <w:rFonts w:cs="微软雅黑" w:hint="eastAsia"/>
          <w:lang w:eastAsia="zh-CN"/>
        </w:rPr>
        <w:t>年内实现核心课程教师持证率预期达</w:t>
      </w:r>
      <w:r>
        <w:rPr>
          <w:lang w:eastAsia="zh-CN"/>
        </w:rPr>
        <w:t xml:space="preserve"> 80% </w:t>
      </w:r>
      <w:r>
        <w:rPr>
          <w:rFonts w:cs="微软雅黑" w:hint="eastAsia"/>
          <w:lang w:eastAsia="zh-CN"/>
        </w:rPr>
        <w:t>以上。</w:t>
      </w:r>
    </w:p>
    <w:p w14:paraId="62A61A8D" w14:textId="77777777" w:rsidR="004A7F88" w:rsidRDefault="00000000">
      <w:pPr>
        <w:pStyle w:val="a"/>
        <w:numPr>
          <w:ilvl w:val="0"/>
          <w:numId w:val="11"/>
        </w:numPr>
        <w:spacing w:after="84"/>
        <w:rPr>
          <w:lang w:eastAsia="zh-CN"/>
        </w:rPr>
      </w:pPr>
      <w:r>
        <w:rPr>
          <w:rFonts w:cs="微软雅黑" w:hint="eastAsia"/>
          <w:b/>
          <w:lang w:eastAsia="zh-CN"/>
        </w:rPr>
        <w:t>企业工程师驻校带教</w:t>
      </w:r>
      <w:r>
        <w:rPr>
          <w:rFonts w:cs="微软雅黑" w:hint="eastAsia"/>
          <w:lang w:eastAsia="zh-CN"/>
        </w:rPr>
        <w:t>：引入合作无人机企业</w:t>
      </w:r>
      <w:r>
        <w:rPr>
          <w:lang w:eastAsia="zh-CN"/>
        </w:rPr>
        <w:t xml:space="preserve"> 2—3 </w:t>
      </w:r>
      <w:r>
        <w:rPr>
          <w:rFonts w:cs="微软雅黑" w:hint="eastAsia"/>
          <w:lang w:eastAsia="zh-CN"/>
        </w:rPr>
        <w:t>名持证工程师驻校带教，承担装调、行业应用模块的实操教学与</w:t>
      </w:r>
      <w:r>
        <w:rPr>
          <w:lang w:eastAsia="zh-CN"/>
        </w:rPr>
        <w:t xml:space="preserve"> CAAC </w:t>
      </w:r>
      <w:r>
        <w:rPr>
          <w:rFonts w:cs="微软雅黑" w:hint="eastAsia"/>
          <w:lang w:eastAsia="zh-CN"/>
        </w:rPr>
        <w:t>备考带训，实行</w:t>
      </w:r>
      <w:r>
        <w:rPr>
          <w:lang w:eastAsia="zh-CN"/>
        </w:rPr>
        <w:t xml:space="preserve">"1 </w:t>
      </w:r>
      <w:r>
        <w:rPr>
          <w:rFonts w:cs="微软雅黑" w:hint="eastAsia"/>
          <w:lang w:eastAsia="zh-CN"/>
        </w:rPr>
        <w:t>名工程师</w:t>
      </w:r>
      <w:r>
        <w:rPr>
          <w:lang w:eastAsia="zh-CN"/>
        </w:rPr>
        <w:t xml:space="preserve"> + 2 </w:t>
      </w:r>
      <w:r>
        <w:rPr>
          <w:rFonts w:cs="微软雅黑" w:hint="eastAsia"/>
          <w:lang w:eastAsia="zh-CN"/>
        </w:rPr>
        <w:t>名本校教师</w:t>
      </w:r>
      <w:r>
        <w:rPr>
          <w:lang w:eastAsia="zh-CN"/>
        </w:rPr>
        <w:t>"</w:t>
      </w:r>
      <w:r>
        <w:rPr>
          <w:rFonts w:cs="微软雅黑" w:hint="eastAsia"/>
          <w:lang w:eastAsia="zh-CN"/>
        </w:rPr>
        <w:t>结对跟岗。</w:t>
      </w:r>
    </w:p>
    <w:p w14:paraId="19558FD5" w14:textId="77777777" w:rsidR="004A7F88" w:rsidRDefault="00000000">
      <w:pPr>
        <w:pStyle w:val="a"/>
        <w:numPr>
          <w:ilvl w:val="0"/>
          <w:numId w:val="11"/>
        </w:numPr>
        <w:spacing w:after="84"/>
        <w:rPr>
          <w:lang w:eastAsia="zh-CN"/>
        </w:rPr>
      </w:pPr>
      <w:r>
        <w:rPr>
          <w:rFonts w:cs="微软雅黑" w:hint="eastAsia"/>
          <w:b/>
          <w:lang w:eastAsia="zh-CN"/>
        </w:rPr>
        <w:t>双师培训输出</w:t>
      </w:r>
      <w:r>
        <w:rPr>
          <w:rFonts w:cs="微软雅黑" w:hint="eastAsia"/>
          <w:lang w:eastAsia="zh-CN"/>
        </w:rPr>
        <w:t>：依托实训基地面向常州及周边职业院校、中小学开展无人机双师培训，预期年培训双师学员</w:t>
      </w:r>
      <w:r>
        <w:rPr>
          <w:lang w:eastAsia="zh-CN"/>
        </w:rPr>
        <w:t xml:space="preserve"> 50 </w:t>
      </w:r>
      <w:r>
        <w:rPr>
          <w:rFonts w:cs="微软雅黑" w:hint="eastAsia"/>
          <w:lang w:eastAsia="zh-CN"/>
        </w:rPr>
        <w:t>人次以上（预估）。</w:t>
      </w:r>
    </w:p>
    <w:p w14:paraId="027B947B" w14:textId="77777777" w:rsidR="004A7F88" w:rsidRDefault="00000000">
      <w:pPr>
        <w:pStyle w:val="a"/>
        <w:numPr>
          <w:ilvl w:val="0"/>
          <w:numId w:val="11"/>
        </w:numPr>
        <w:spacing w:after="84"/>
        <w:rPr>
          <w:lang w:eastAsia="zh-CN"/>
        </w:rPr>
      </w:pPr>
      <w:r>
        <w:rPr>
          <w:rFonts w:cs="微软雅黑" w:hint="eastAsia"/>
          <w:b/>
          <w:lang w:eastAsia="zh-CN"/>
        </w:rPr>
        <w:t>双师占比目标</w:t>
      </w:r>
      <w:r>
        <w:rPr>
          <w:rFonts w:cs="微软雅黑" w:hint="eastAsia"/>
          <w:lang w:eastAsia="zh-CN"/>
        </w:rPr>
        <w:t>：通过</w:t>
      </w:r>
      <w:r>
        <w:rPr>
          <w:lang w:eastAsia="zh-CN"/>
        </w:rPr>
        <w:t>"</w:t>
      </w:r>
      <w:r>
        <w:rPr>
          <w:rFonts w:cs="微软雅黑" w:hint="eastAsia"/>
          <w:lang w:eastAsia="zh-CN"/>
        </w:rPr>
        <w:t>取证</w:t>
      </w:r>
      <w:r>
        <w:rPr>
          <w:lang w:eastAsia="zh-CN"/>
        </w:rPr>
        <w:t xml:space="preserve"> + </w:t>
      </w:r>
      <w:r>
        <w:rPr>
          <w:rFonts w:cs="微软雅黑" w:hint="eastAsia"/>
          <w:lang w:eastAsia="zh-CN"/>
        </w:rPr>
        <w:t>带教</w:t>
      </w:r>
      <w:r>
        <w:rPr>
          <w:lang w:eastAsia="zh-CN"/>
        </w:rPr>
        <w:t xml:space="preserve"> + </w:t>
      </w:r>
      <w:r>
        <w:rPr>
          <w:rFonts w:cs="微软雅黑" w:hint="eastAsia"/>
          <w:lang w:eastAsia="zh-CN"/>
        </w:rPr>
        <w:t>教研</w:t>
      </w:r>
      <w:r>
        <w:rPr>
          <w:lang w:eastAsia="zh-CN"/>
        </w:rPr>
        <w:t>"</w:t>
      </w:r>
      <w:r>
        <w:rPr>
          <w:rFonts w:cs="微软雅黑" w:hint="eastAsia"/>
          <w:lang w:eastAsia="zh-CN"/>
        </w:rPr>
        <w:t>三轮驱动，无人机方向双师型教师占比预期达</w:t>
      </w:r>
      <w:r>
        <w:rPr>
          <w:lang w:eastAsia="zh-CN"/>
        </w:rPr>
        <w:t xml:space="preserve"> 80% </w:t>
      </w:r>
      <w:r>
        <w:rPr>
          <w:rFonts w:cs="微软雅黑" w:hint="eastAsia"/>
          <w:lang w:eastAsia="zh-CN"/>
        </w:rPr>
        <w:t>以上。</w:t>
      </w:r>
    </w:p>
    <w:p w14:paraId="59FBEBB4" w14:textId="77777777" w:rsidR="004A7F88" w:rsidRDefault="00000000">
      <w:pPr>
        <w:pStyle w:val="21"/>
        <w:rPr>
          <w:lang w:eastAsia="zh-CN"/>
        </w:rPr>
      </w:pPr>
      <w:bookmarkStart w:id="6" w:name="section-7"/>
      <w:bookmarkEnd w:id="6"/>
      <w:r>
        <w:rPr>
          <w:rFonts w:cs="微软雅黑" w:hint="eastAsia"/>
          <w:lang w:eastAsia="zh-CN"/>
        </w:rPr>
        <w:t>七、建设预期成效</w:t>
      </w:r>
    </w:p>
    <w:p w14:paraId="308E3B00" w14:textId="77777777" w:rsidR="004A7F88" w:rsidRDefault="00000000">
      <w:pPr>
        <w:pBdr>
          <w:left w:val="single" w:sz="18" w:space="0" w:color="1565C0"/>
        </w:pBdr>
        <w:shd w:val="clear" w:color="auto" w:fill="F5F7FA"/>
        <w:spacing w:before="180"/>
        <w:rPr>
          <w:lang w:eastAsia="zh-CN"/>
        </w:rPr>
      </w:pPr>
      <w:r>
        <w:rPr>
          <w:lang w:eastAsia="zh-CN"/>
        </w:rPr>
        <w:t>  </w:t>
      </w:r>
      <w:r>
        <w:rPr>
          <w:rFonts w:cs="微软雅黑" w:hint="eastAsia"/>
          <w:lang w:eastAsia="zh-CN"/>
        </w:rPr>
        <w:t>以下成效指标均为预期值</w:t>
      </w:r>
      <w:r>
        <w:rPr>
          <w:lang w:eastAsia="zh-CN"/>
        </w:rPr>
        <w:t>/</w:t>
      </w:r>
      <w:r>
        <w:rPr>
          <w:rFonts w:cs="微软雅黑" w:hint="eastAsia"/>
          <w:lang w:eastAsia="zh-CN"/>
        </w:rPr>
        <w:t>预估值，以实际建设与开班情况为准。</w:t>
      </w:r>
    </w:p>
    <w:p w14:paraId="5B7A3AFA" w14:textId="77777777" w:rsidR="004A7F88" w:rsidRDefault="00000000">
      <w:pPr>
        <w:pStyle w:val="31"/>
      </w:pPr>
      <w:r>
        <w:rPr>
          <w:rFonts w:cs="微软雅黑" w:hint="eastAsia"/>
          <w:lang w:eastAsia="zh-CN"/>
        </w:rPr>
        <w:lastRenderedPageBreak/>
        <w:t>（一）人才培养成效</w:t>
      </w:r>
    </w:p>
    <w:p w14:paraId="7B3569B3" w14:textId="77777777" w:rsidR="004A7F88" w:rsidRDefault="00000000">
      <w:pPr>
        <w:pStyle w:val="a0"/>
        <w:spacing w:after="84"/>
        <w:rPr>
          <w:lang w:eastAsia="zh-CN"/>
        </w:rPr>
      </w:pPr>
      <w:r>
        <w:rPr>
          <w:rFonts w:cs="微软雅黑" w:hint="eastAsia"/>
          <w:lang w:eastAsia="zh-CN"/>
        </w:rPr>
        <w:t>建成后年服务学生</w:t>
      </w:r>
      <w:r>
        <w:rPr>
          <w:lang w:eastAsia="zh-CN"/>
        </w:rPr>
        <w:t xml:space="preserve"> 500 </w:t>
      </w:r>
      <w:r>
        <w:rPr>
          <w:rFonts w:cs="微软雅黑" w:hint="eastAsia"/>
          <w:lang w:eastAsia="zh-CN"/>
        </w:rPr>
        <w:t>人次以上（预期值）；</w:t>
      </w:r>
    </w:p>
    <w:p w14:paraId="4B24F2E9" w14:textId="77777777" w:rsidR="004A7F88" w:rsidRDefault="00000000">
      <w:pPr>
        <w:pStyle w:val="a0"/>
        <w:spacing w:after="84"/>
        <w:rPr>
          <w:lang w:eastAsia="zh-CN"/>
        </w:rPr>
      </w:pPr>
      <w:r>
        <w:rPr>
          <w:rFonts w:cs="微软雅黑" w:hint="eastAsia"/>
          <w:lang w:eastAsia="zh-CN"/>
        </w:rPr>
        <w:t>无人机方向双创课程实现</w:t>
      </w:r>
      <w:r>
        <w:rPr>
          <w:lang w:eastAsia="zh-CN"/>
        </w:rPr>
        <w:t>"</w:t>
      </w:r>
      <w:r>
        <w:rPr>
          <w:rFonts w:cs="微软雅黑" w:hint="eastAsia"/>
          <w:lang w:eastAsia="zh-CN"/>
        </w:rPr>
        <w:t>基础</w:t>
      </w:r>
      <w:r>
        <w:rPr>
          <w:lang w:eastAsia="zh-CN"/>
        </w:rPr>
        <w:t>→</w:t>
      </w:r>
      <w:r>
        <w:rPr>
          <w:rFonts w:cs="微软雅黑" w:hint="eastAsia"/>
          <w:lang w:eastAsia="zh-CN"/>
        </w:rPr>
        <w:t>进阶</w:t>
      </w:r>
      <w:r>
        <w:rPr>
          <w:lang w:eastAsia="zh-CN"/>
        </w:rPr>
        <w:t>→</w:t>
      </w:r>
      <w:r>
        <w:rPr>
          <w:rFonts w:cs="微软雅黑" w:hint="eastAsia"/>
          <w:lang w:eastAsia="zh-CN"/>
        </w:rPr>
        <w:t>法规</w:t>
      </w:r>
      <w:r>
        <w:rPr>
          <w:lang w:eastAsia="zh-CN"/>
        </w:rPr>
        <w:t>→</w:t>
      </w:r>
      <w:r>
        <w:rPr>
          <w:rFonts w:cs="微软雅黑" w:hint="eastAsia"/>
          <w:lang w:eastAsia="zh-CN"/>
        </w:rPr>
        <w:t>应用</w:t>
      </w:r>
      <w:r>
        <w:rPr>
          <w:lang w:eastAsia="zh-CN"/>
        </w:rPr>
        <w:t>→</w:t>
      </w:r>
      <w:r>
        <w:rPr>
          <w:rFonts w:cs="微软雅黑" w:hint="eastAsia"/>
          <w:lang w:eastAsia="zh-CN"/>
        </w:rPr>
        <w:t>综合</w:t>
      </w:r>
      <w:r>
        <w:rPr>
          <w:lang w:eastAsia="zh-CN"/>
        </w:rPr>
        <w:t>"</w:t>
      </w:r>
      <w:r>
        <w:rPr>
          <w:rFonts w:cs="微软雅黑" w:hint="eastAsia"/>
          <w:lang w:eastAsia="zh-CN"/>
        </w:rPr>
        <w:t>全链条覆盖，</w:t>
      </w:r>
      <w:r>
        <w:rPr>
          <w:lang w:eastAsia="zh-CN"/>
        </w:rPr>
        <w:t xml:space="preserve">10 </w:t>
      </w:r>
      <w:r>
        <w:rPr>
          <w:rFonts w:cs="微软雅黑" w:hint="eastAsia"/>
          <w:lang w:eastAsia="zh-CN"/>
        </w:rPr>
        <w:t>门课程</w:t>
      </w:r>
      <w:r>
        <w:rPr>
          <w:lang w:eastAsia="zh-CN"/>
        </w:rPr>
        <w:t xml:space="preserve"> 360 </w:t>
      </w:r>
      <w:r>
        <w:rPr>
          <w:rFonts w:cs="微软雅黑" w:hint="eastAsia"/>
          <w:lang w:eastAsia="zh-CN"/>
        </w:rPr>
        <w:t>学时；</w:t>
      </w:r>
    </w:p>
    <w:p w14:paraId="6387AA49" w14:textId="77777777" w:rsidR="004A7F88" w:rsidRDefault="00000000">
      <w:pPr>
        <w:pStyle w:val="a0"/>
        <w:spacing w:after="84"/>
        <w:rPr>
          <w:lang w:eastAsia="zh-CN"/>
        </w:rPr>
      </w:pPr>
      <w:r>
        <w:rPr>
          <w:rFonts w:cs="微软雅黑" w:hint="eastAsia"/>
          <w:lang w:eastAsia="zh-CN"/>
        </w:rPr>
        <w:t>学生可全程在基地内完成从</w:t>
      </w:r>
      <w:r>
        <w:rPr>
          <w:lang w:eastAsia="zh-CN"/>
        </w:rPr>
        <w:t>"</w:t>
      </w:r>
      <w:r>
        <w:rPr>
          <w:rFonts w:cs="微软雅黑" w:hint="eastAsia"/>
          <w:lang w:eastAsia="zh-CN"/>
        </w:rPr>
        <w:t>认识无人机</w:t>
      </w:r>
      <w:r>
        <w:rPr>
          <w:lang w:eastAsia="zh-CN"/>
        </w:rPr>
        <w:t>"</w:t>
      </w:r>
      <w:r>
        <w:rPr>
          <w:rFonts w:cs="微软雅黑" w:hint="eastAsia"/>
          <w:lang w:eastAsia="zh-CN"/>
        </w:rPr>
        <w:t>到</w:t>
      </w:r>
      <w:r>
        <w:rPr>
          <w:lang w:eastAsia="zh-CN"/>
        </w:rPr>
        <w:t>"</w:t>
      </w:r>
      <w:r>
        <w:rPr>
          <w:rFonts w:cs="微软雅黑" w:hint="eastAsia"/>
          <w:lang w:eastAsia="zh-CN"/>
        </w:rPr>
        <w:t>操控无人机</w:t>
      </w:r>
      <w:r>
        <w:rPr>
          <w:lang w:eastAsia="zh-CN"/>
        </w:rPr>
        <w:t>"</w:t>
      </w:r>
      <w:r>
        <w:rPr>
          <w:rFonts w:cs="微软雅黑" w:hint="eastAsia"/>
          <w:lang w:eastAsia="zh-CN"/>
        </w:rPr>
        <w:t>再到</w:t>
      </w:r>
      <w:r>
        <w:rPr>
          <w:lang w:eastAsia="zh-CN"/>
        </w:rPr>
        <w:t>"</w:t>
      </w:r>
      <w:r>
        <w:rPr>
          <w:rFonts w:cs="微软雅黑" w:hint="eastAsia"/>
          <w:lang w:eastAsia="zh-CN"/>
        </w:rPr>
        <w:t>用无人机创业</w:t>
      </w:r>
      <w:r>
        <w:rPr>
          <w:lang w:eastAsia="zh-CN"/>
        </w:rPr>
        <w:t>"</w:t>
      </w:r>
      <w:r>
        <w:rPr>
          <w:rFonts w:cs="微软雅黑" w:hint="eastAsia"/>
          <w:lang w:eastAsia="zh-CN"/>
        </w:rPr>
        <w:t>的能力进阶。</w:t>
      </w:r>
    </w:p>
    <w:p w14:paraId="669CA3F5" w14:textId="77777777" w:rsidR="004A7F88" w:rsidRDefault="00000000">
      <w:pPr>
        <w:pStyle w:val="31"/>
      </w:pPr>
      <w:r>
        <w:rPr>
          <w:rFonts w:cs="微软雅黑" w:hint="eastAsia"/>
          <w:lang w:eastAsia="zh-CN"/>
        </w:rPr>
        <w:t>（二）社会服务成效</w:t>
      </w:r>
    </w:p>
    <w:p w14:paraId="224AEE5C" w14:textId="77777777" w:rsidR="004A7F88" w:rsidRDefault="00000000">
      <w:pPr>
        <w:pStyle w:val="a0"/>
        <w:spacing w:after="84"/>
        <w:rPr>
          <w:lang w:eastAsia="zh-CN"/>
        </w:rPr>
      </w:pPr>
      <w:r>
        <w:rPr>
          <w:rFonts w:cs="微软雅黑" w:hint="eastAsia"/>
          <w:lang w:eastAsia="zh-CN"/>
        </w:rPr>
        <w:t>年培训</w:t>
      </w:r>
      <w:r>
        <w:rPr>
          <w:lang w:eastAsia="zh-CN"/>
        </w:rPr>
        <w:t xml:space="preserve"> CAAC </w:t>
      </w:r>
      <w:r>
        <w:rPr>
          <w:rFonts w:cs="微软雅黑" w:hint="eastAsia"/>
          <w:lang w:eastAsia="zh-CN"/>
        </w:rPr>
        <w:t>备考学员与双师学员预期达</w:t>
      </w:r>
      <w:r>
        <w:rPr>
          <w:lang w:eastAsia="zh-CN"/>
        </w:rPr>
        <w:t xml:space="preserve"> 100 </w:t>
      </w:r>
      <w:r>
        <w:rPr>
          <w:rFonts w:cs="微软雅黑" w:hint="eastAsia"/>
          <w:lang w:eastAsia="zh-CN"/>
        </w:rPr>
        <w:t>人次以上（预估，以实际开班计划为准）；</w:t>
      </w:r>
    </w:p>
    <w:p w14:paraId="2FA6F8AB" w14:textId="77777777" w:rsidR="004A7F88" w:rsidRDefault="00000000">
      <w:pPr>
        <w:pStyle w:val="a0"/>
        <w:spacing w:after="84"/>
        <w:rPr>
          <w:lang w:eastAsia="zh-CN"/>
        </w:rPr>
      </w:pPr>
      <w:r>
        <w:rPr>
          <w:rFonts w:cs="微软雅黑" w:hint="eastAsia"/>
          <w:lang w:eastAsia="zh-CN"/>
        </w:rPr>
        <w:t>预期年培训双师学员</w:t>
      </w:r>
      <w:r>
        <w:rPr>
          <w:lang w:eastAsia="zh-CN"/>
        </w:rPr>
        <w:t xml:space="preserve"> 50 </w:t>
      </w:r>
      <w:r>
        <w:rPr>
          <w:rFonts w:cs="微软雅黑" w:hint="eastAsia"/>
          <w:lang w:eastAsia="zh-CN"/>
        </w:rPr>
        <w:t>人次以上（预估），面向常州及周边职业院校、中小学输出无人机师资培训；</w:t>
      </w:r>
    </w:p>
    <w:p w14:paraId="339E8945" w14:textId="77777777" w:rsidR="004A7F88" w:rsidRDefault="00000000">
      <w:pPr>
        <w:pStyle w:val="a0"/>
        <w:spacing w:after="84"/>
        <w:rPr>
          <w:lang w:eastAsia="zh-CN"/>
        </w:rPr>
      </w:pPr>
      <w:r>
        <w:rPr>
          <w:rFonts w:cs="微软雅黑" w:hint="eastAsia"/>
          <w:lang w:eastAsia="zh-CN"/>
        </w:rPr>
        <w:t>面向中小学开展科普研学服务，承接招生宣传与校企合作接待。</w:t>
      </w:r>
    </w:p>
    <w:p w14:paraId="6404EB0A" w14:textId="77777777" w:rsidR="004A7F88" w:rsidRDefault="00000000">
      <w:pPr>
        <w:pStyle w:val="31"/>
      </w:pPr>
      <w:r>
        <w:rPr>
          <w:rFonts w:cs="微软雅黑" w:hint="eastAsia"/>
          <w:lang w:eastAsia="zh-CN"/>
        </w:rPr>
        <w:t>（三）专业建设成效</w:t>
      </w:r>
    </w:p>
    <w:p w14:paraId="2BB9C9B5" w14:textId="77777777" w:rsidR="004A7F88" w:rsidRDefault="00000000">
      <w:pPr>
        <w:pStyle w:val="a0"/>
        <w:spacing w:after="84"/>
        <w:rPr>
          <w:lang w:eastAsia="zh-CN"/>
        </w:rPr>
      </w:pPr>
      <w:r>
        <w:rPr>
          <w:rFonts w:cs="微软雅黑" w:hint="eastAsia"/>
          <w:lang w:eastAsia="zh-CN"/>
        </w:rPr>
        <w:t>核心课程教师持证率预期达</w:t>
      </w:r>
      <w:r>
        <w:rPr>
          <w:lang w:eastAsia="zh-CN"/>
        </w:rPr>
        <w:t xml:space="preserve"> 80% </w:t>
      </w:r>
      <w:r>
        <w:rPr>
          <w:rFonts w:cs="微软雅黑" w:hint="eastAsia"/>
          <w:lang w:eastAsia="zh-CN"/>
        </w:rPr>
        <w:t>以上（</w:t>
      </w:r>
      <w:r>
        <w:rPr>
          <w:lang w:eastAsia="zh-CN"/>
        </w:rPr>
        <w:t xml:space="preserve">2 </w:t>
      </w:r>
      <w:r>
        <w:rPr>
          <w:rFonts w:cs="微软雅黑" w:hint="eastAsia"/>
          <w:lang w:eastAsia="zh-CN"/>
        </w:rPr>
        <w:t>年内）；</w:t>
      </w:r>
    </w:p>
    <w:p w14:paraId="117BEDE3" w14:textId="77777777" w:rsidR="004A7F88" w:rsidRDefault="00000000">
      <w:pPr>
        <w:pStyle w:val="a0"/>
        <w:spacing w:after="84"/>
        <w:rPr>
          <w:lang w:eastAsia="zh-CN"/>
        </w:rPr>
      </w:pPr>
      <w:r>
        <w:rPr>
          <w:rFonts w:cs="微软雅黑" w:hint="eastAsia"/>
          <w:lang w:eastAsia="zh-CN"/>
        </w:rPr>
        <w:t>无人机方向双师型教师占比预期达</w:t>
      </w:r>
      <w:r>
        <w:rPr>
          <w:lang w:eastAsia="zh-CN"/>
        </w:rPr>
        <w:t xml:space="preserve"> 80% </w:t>
      </w:r>
      <w:r>
        <w:rPr>
          <w:rFonts w:cs="微软雅黑" w:hint="eastAsia"/>
          <w:lang w:eastAsia="zh-CN"/>
        </w:rPr>
        <w:t>以上；</w:t>
      </w:r>
    </w:p>
    <w:p w14:paraId="5A61DBBB" w14:textId="77777777" w:rsidR="004A7F88" w:rsidRDefault="00000000">
      <w:pPr>
        <w:pStyle w:val="a0"/>
        <w:spacing w:after="84"/>
        <w:rPr>
          <w:lang w:eastAsia="zh-CN"/>
        </w:rPr>
      </w:pPr>
      <w:r>
        <w:rPr>
          <w:rFonts w:cs="微软雅黑" w:hint="eastAsia"/>
          <w:lang w:eastAsia="zh-CN"/>
        </w:rPr>
        <w:t>形成</w:t>
      </w:r>
      <w:r>
        <w:rPr>
          <w:lang w:eastAsia="zh-CN"/>
        </w:rPr>
        <w:t>"</w:t>
      </w:r>
      <w:r>
        <w:rPr>
          <w:rFonts w:cs="微软雅黑" w:hint="eastAsia"/>
          <w:lang w:eastAsia="zh-CN"/>
        </w:rPr>
        <w:t>教学实用、技术先进、适度超前</w:t>
      </w:r>
      <w:r>
        <w:rPr>
          <w:lang w:eastAsia="zh-CN"/>
        </w:rPr>
        <w:t>"</w:t>
      </w:r>
      <w:r>
        <w:rPr>
          <w:rFonts w:cs="微软雅黑" w:hint="eastAsia"/>
          <w:lang w:eastAsia="zh-CN"/>
        </w:rPr>
        <w:t>的实训条件，支撑</w:t>
      </w:r>
      <w:r>
        <w:rPr>
          <w:lang w:eastAsia="zh-CN"/>
        </w:rPr>
        <w:t xml:space="preserve"> CAAC </w:t>
      </w:r>
      <w:r>
        <w:rPr>
          <w:rFonts w:cs="微软雅黑" w:hint="eastAsia"/>
          <w:lang w:eastAsia="zh-CN"/>
        </w:rPr>
        <w:t>执照标准化考证训练。</w:t>
      </w:r>
    </w:p>
    <w:p w14:paraId="77376C99" w14:textId="77777777" w:rsidR="004A7F88" w:rsidRDefault="00000000">
      <w:pPr>
        <w:pStyle w:val="31"/>
      </w:pPr>
      <w:r>
        <w:rPr>
          <w:rFonts w:cs="微软雅黑" w:hint="eastAsia"/>
          <w:lang w:eastAsia="zh-CN"/>
        </w:rPr>
        <w:t>（四）产教融合成效</w:t>
      </w:r>
    </w:p>
    <w:p w14:paraId="244E175B" w14:textId="77777777" w:rsidR="004A7F88" w:rsidRDefault="00000000">
      <w:pPr>
        <w:pStyle w:val="a0"/>
        <w:spacing w:after="84"/>
        <w:rPr>
          <w:lang w:eastAsia="zh-CN"/>
        </w:rPr>
      </w:pPr>
      <w:r>
        <w:rPr>
          <w:rFonts w:cs="微软雅黑" w:hint="eastAsia"/>
          <w:lang w:eastAsia="zh-CN"/>
        </w:rPr>
        <w:t>引入合作无人机企业</w:t>
      </w:r>
      <w:r>
        <w:rPr>
          <w:lang w:eastAsia="zh-CN"/>
        </w:rPr>
        <w:t xml:space="preserve"> 2—3 </w:t>
      </w:r>
      <w:r>
        <w:rPr>
          <w:rFonts w:cs="微软雅黑" w:hint="eastAsia"/>
          <w:lang w:eastAsia="zh-CN"/>
        </w:rPr>
        <w:t>名持证工程师驻校带教，形成</w:t>
      </w:r>
      <w:r>
        <w:rPr>
          <w:lang w:eastAsia="zh-CN"/>
        </w:rPr>
        <w:t xml:space="preserve">"1 </w:t>
      </w:r>
      <w:r>
        <w:rPr>
          <w:rFonts w:cs="微软雅黑" w:hint="eastAsia"/>
          <w:lang w:eastAsia="zh-CN"/>
        </w:rPr>
        <w:t>名工程师</w:t>
      </w:r>
      <w:r>
        <w:rPr>
          <w:lang w:eastAsia="zh-CN"/>
        </w:rPr>
        <w:t xml:space="preserve"> + 2 </w:t>
      </w:r>
      <w:r>
        <w:rPr>
          <w:rFonts w:cs="微软雅黑" w:hint="eastAsia"/>
          <w:lang w:eastAsia="zh-CN"/>
        </w:rPr>
        <w:t>名本校教师</w:t>
      </w:r>
      <w:r>
        <w:rPr>
          <w:lang w:eastAsia="zh-CN"/>
        </w:rPr>
        <w:t>"</w:t>
      </w:r>
      <w:r>
        <w:rPr>
          <w:rFonts w:cs="微软雅黑" w:hint="eastAsia"/>
          <w:lang w:eastAsia="zh-CN"/>
        </w:rPr>
        <w:t>结对跟岗机制；</w:t>
      </w:r>
    </w:p>
    <w:p w14:paraId="62E2B594" w14:textId="77777777" w:rsidR="004A7F88" w:rsidRDefault="00000000">
      <w:pPr>
        <w:pStyle w:val="a0"/>
        <w:spacing w:after="84"/>
        <w:rPr>
          <w:lang w:eastAsia="zh-CN"/>
        </w:rPr>
      </w:pPr>
      <w:r>
        <w:rPr>
          <w:rFonts w:cs="微软雅黑" w:hint="eastAsia"/>
          <w:lang w:eastAsia="zh-CN"/>
        </w:rPr>
        <w:t>以孵化角为载体承接中国国际大学生创新大赛、</w:t>
      </w:r>
      <w:r>
        <w:rPr>
          <w:lang w:eastAsia="zh-CN"/>
        </w:rPr>
        <w:t>"</w:t>
      </w:r>
      <w:r>
        <w:rPr>
          <w:rFonts w:cs="微软雅黑" w:hint="eastAsia"/>
          <w:lang w:eastAsia="zh-CN"/>
        </w:rPr>
        <w:t>挑战杯</w:t>
      </w:r>
      <w:r>
        <w:rPr>
          <w:lang w:eastAsia="zh-CN"/>
        </w:rPr>
        <w:t>"</w:t>
      </w:r>
      <w:r>
        <w:rPr>
          <w:rFonts w:cs="微软雅黑" w:hint="eastAsia"/>
          <w:lang w:eastAsia="zh-CN"/>
        </w:rPr>
        <w:t>等赛事无人机赛道项目培育，推动实训成果向双创项目、大创项目转化；</w:t>
      </w:r>
    </w:p>
    <w:p w14:paraId="2E5CDF76" w14:textId="77777777" w:rsidR="004A7F88" w:rsidRDefault="00000000">
      <w:pPr>
        <w:pStyle w:val="a0"/>
        <w:spacing w:after="84"/>
        <w:rPr>
          <w:lang w:eastAsia="zh-CN"/>
        </w:rPr>
      </w:pPr>
      <w:r>
        <w:rPr>
          <w:rFonts w:cs="微软雅黑" w:hint="eastAsia"/>
          <w:lang w:eastAsia="zh-CN"/>
        </w:rPr>
        <w:t>面向区域输出技术服务，服务长三角低空经济产业人才需求。</w:t>
      </w:r>
    </w:p>
    <w:p w14:paraId="3BF56C89" w14:textId="77777777" w:rsidR="004A7F88" w:rsidRDefault="00000000">
      <w:pPr>
        <w:pStyle w:val="21"/>
        <w:rPr>
          <w:lang w:eastAsia="zh-CN"/>
        </w:rPr>
      </w:pPr>
      <w:bookmarkStart w:id="7" w:name="section-8"/>
      <w:bookmarkEnd w:id="7"/>
      <w:r>
        <w:rPr>
          <w:rFonts w:cs="微软雅黑" w:hint="eastAsia"/>
          <w:lang w:eastAsia="zh-CN"/>
        </w:rPr>
        <w:t>八、实施计划与保障</w:t>
      </w:r>
    </w:p>
    <w:p w14:paraId="5151A639" w14:textId="77777777" w:rsidR="004A7F88" w:rsidRDefault="00000000">
      <w:pPr>
        <w:pStyle w:val="31"/>
        <w:rPr>
          <w:lang w:eastAsia="zh-CN"/>
        </w:rPr>
      </w:pPr>
      <w:r>
        <w:rPr>
          <w:rFonts w:cs="微软雅黑" w:hint="eastAsia"/>
          <w:lang w:eastAsia="zh-CN"/>
        </w:rPr>
        <w:t>（一）实施进度安排</w:t>
      </w:r>
    </w:p>
    <w:tbl>
      <w:tblPr>
        <w:tblW w:w="5000" w:type="pct"/>
        <w:tblLook w:val="04A0" w:firstRow="1" w:lastRow="0" w:firstColumn="1" w:lastColumn="0" w:noHBand="0" w:noVBand="1"/>
      </w:tblPr>
      <w:tblGrid>
        <w:gridCol w:w="3046"/>
        <w:gridCol w:w="3046"/>
        <w:gridCol w:w="3046"/>
      </w:tblGrid>
      <w:tr w:rsidR="004A7F88" w14:paraId="76207E7D" w14:textId="77777777">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4462CC79" w14:textId="77777777" w:rsidR="004A7F88" w:rsidRDefault="00000000">
            <w:pPr>
              <w:spacing w:before="45" w:after="45" w:line="240" w:lineRule="auto"/>
              <w:jc w:val="left"/>
            </w:pPr>
            <w:r>
              <w:rPr>
                <w:b/>
                <w:color w:val="1A237E"/>
                <w:sz w:val="18"/>
              </w:rPr>
              <w:t>阶段</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1D4B09C9" w14:textId="77777777" w:rsidR="004A7F88" w:rsidRDefault="00000000">
            <w:pPr>
              <w:spacing w:before="45" w:after="45" w:line="240" w:lineRule="auto"/>
              <w:jc w:val="left"/>
            </w:pPr>
            <w:r>
              <w:rPr>
                <w:b/>
                <w:color w:val="1A237E"/>
                <w:sz w:val="18"/>
              </w:rPr>
              <w:t>时间安排</w:t>
            </w:r>
          </w:p>
        </w:tc>
        <w:tc>
          <w:tcPr>
            <w:tcW w:w="2880" w:type="dxa"/>
            <w:tcBorders>
              <w:top w:val="single" w:sz="6" w:space="0" w:color="E0E0E0"/>
              <w:left w:val="single" w:sz="6" w:space="0" w:color="E0E0E0"/>
              <w:bottom w:val="single" w:sz="6" w:space="0" w:color="E0E0E0"/>
              <w:right w:val="single" w:sz="6" w:space="0" w:color="E0E0E0"/>
            </w:tcBorders>
            <w:shd w:val="clear" w:color="auto" w:fill="F5F7FA"/>
            <w:tcMar>
              <w:top w:w="60" w:type="dxa"/>
              <w:left w:w="90" w:type="dxa"/>
              <w:bottom w:w="60" w:type="dxa"/>
              <w:right w:w="90" w:type="dxa"/>
            </w:tcMar>
            <w:vAlign w:val="center"/>
          </w:tcPr>
          <w:p w14:paraId="62C336F7" w14:textId="77777777" w:rsidR="004A7F88" w:rsidRDefault="00000000">
            <w:pPr>
              <w:spacing w:before="45" w:after="45" w:line="240" w:lineRule="auto"/>
              <w:jc w:val="left"/>
            </w:pPr>
            <w:r>
              <w:rPr>
                <w:b/>
                <w:color w:val="1A237E"/>
                <w:sz w:val="18"/>
              </w:rPr>
              <w:t>主要工作</w:t>
            </w:r>
          </w:p>
        </w:tc>
      </w:tr>
      <w:tr w:rsidR="004A7F88" w14:paraId="7E98282C"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7A17CAB" w14:textId="77777777" w:rsidR="004A7F88" w:rsidRDefault="00000000">
            <w:pPr>
              <w:spacing w:before="45" w:after="45" w:line="240" w:lineRule="auto"/>
              <w:jc w:val="left"/>
            </w:pPr>
            <w:r>
              <w:rPr>
                <w:sz w:val="18"/>
              </w:rPr>
              <w:lastRenderedPageBreak/>
              <w:t>第一阶段：规划设计</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9387E51" w14:textId="77777777" w:rsidR="004A7F88" w:rsidRDefault="00000000">
            <w:pPr>
              <w:spacing w:before="45" w:after="45" w:line="240" w:lineRule="auto"/>
              <w:jc w:val="left"/>
            </w:pPr>
            <w:r>
              <w:rPr>
                <w:sz w:val="18"/>
              </w:rPr>
              <w:t>第 1—2 月</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752CD3B" w14:textId="77777777" w:rsidR="004A7F88" w:rsidRDefault="00000000">
            <w:pPr>
              <w:spacing w:before="45" w:after="45" w:line="240" w:lineRule="auto"/>
              <w:jc w:val="left"/>
              <w:rPr>
                <w:lang w:eastAsia="zh-CN"/>
              </w:rPr>
            </w:pPr>
            <w:r>
              <w:rPr>
                <w:sz w:val="18"/>
                <w:lang w:eastAsia="zh-CN"/>
              </w:rPr>
              <w:t>方案深化设计、空域使用协调确认、招标文件编制</w:t>
            </w:r>
          </w:p>
        </w:tc>
      </w:tr>
      <w:tr w:rsidR="004A7F88" w14:paraId="52464172"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2E4A14B9" w14:textId="77777777" w:rsidR="004A7F88" w:rsidRDefault="00000000">
            <w:pPr>
              <w:spacing w:before="45" w:after="45" w:line="240" w:lineRule="auto"/>
              <w:jc w:val="left"/>
            </w:pPr>
            <w:r>
              <w:rPr>
                <w:sz w:val="18"/>
              </w:rPr>
              <w:t>第二阶段：装修改造</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B09D70B" w14:textId="77777777" w:rsidR="004A7F88" w:rsidRDefault="00000000">
            <w:pPr>
              <w:spacing w:before="45" w:after="45" w:line="240" w:lineRule="auto"/>
              <w:jc w:val="left"/>
            </w:pPr>
            <w:r>
              <w:rPr>
                <w:sz w:val="18"/>
              </w:rPr>
              <w:t>第 3—4 月</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738BB907" w14:textId="77777777" w:rsidR="004A7F88" w:rsidRDefault="00000000">
            <w:pPr>
              <w:spacing w:before="45" w:after="45" w:line="240" w:lineRule="auto"/>
              <w:jc w:val="left"/>
              <w:rPr>
                <w:lang w:eastAsia="zh-CN"/>
              </w:rPr>
            </w:pPr>
            <w:r>
              <w:rPr>
                <w:sz w:val="18"/>
                <w:lang w:eastAsia="zh-CN"/>
              </w:rPr>
              <w:t>水电增容、隔断、防静电地面、吸音吊顶、文化标识施工</w:t>
            </w:r>
          </w:p>
        </w:tc>
      </w:tr>
      <w:tr w:rsidR="004A7F88" w14:paraId="78528719"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6C498EA6" w14:textId="77777777" w:rsidR="004A7F88" w:rsidRDefault="00000000">
            <w:pPr>
              <w:spacing w:before="45" w:after="45" w:line="240" w:lineRule="auto"/>
              <w:jc w:val="left"/>
            </w:pPr>
            <w:r>
              <w:rPr>
                <w:sz w:val="18"/>
              </w:rPr>
              <w:t>第三阶段：设备采购</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CF26725" w14:textId="77777777" w:rsidR="004A7F88" w:rsidRDefault="00000000">
            <w:pPr>
              <w:spacing w:before="45" w:after="45" w:line="240" w:lineRule="auto"/>
              <w:jc w:val="left"/>
            </w:pPr>
            <w:r>
              <w:rPr>
                <w:sz w:val="18"/>
              </w:rPr>
              <w:t>第 4—5 月</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5A6BE58F" w14:textId="77777777" w:rsidR="004A7F88" w:rsidRDefault="00000000">
            <w:pPr>
              <w:spacing w:before="45" w:after="45" w:line="240" w:lineRule="auto"/>
              <w:jc w:val="left"/>
              <w:rPr>
                <w:lang w:eastAsia="zh-CN"/>
              </w:rPr>
            </w:pPr>
            <w:r>
              <w:rPr>
                <w:sz w:val="18"/>
                <w:lang w:eastAsia="zh-CN"/>
              </w:rPr>
              <w:t>完成招标询价、设备到货与安装部署</w:t>
            </w:r>
          </w:p>
        </w:tc>
      </w:tr>
      <w:tr w:rsidR="004A7F88" w14:paraId="58C94AFB"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115B65B" w14:textId="77777777" w:rsidR="004A7F88" w:rsidRDefault="00000000">
            <w:pPr>
              <w:spacing w:before="45" w:after="45" w:line="240" w:lineRule="auto"/>
              <w:jc w:val="left"/>
            </w:pPr>
            <w:r>
              <w:rPr>
                <w:sz w:val="18"/>
              </w:rPr>
              <w:t>第四阶段：培训交付</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90186AC" w14:textId="77777777" w:rsidR="004A7F88" w:rsidRDefault="00000000">
            <w:pPr>
              <w:spacing w:before="45" w:after="45" w:line="240" w:lineRule="auto"/>
              <w:jc w:val="left"/>
            </w:pPr>
            <w:r>
              <w:rPr>
                <w:sz w:val="18"/>
              </w:rPr>
              <w:t>第 5—6 月</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1A981E26" w14:textId="77777777" w:rsidR="004A7F88" w:rsidRDefault="00000000">
            <w:pPr>
              <w:spacing w:before="45" w:after="45" w:line="240" w:lineRule="auto"/>
              <w:jc w:val="left"/>
              <w:rPr>
                <w:lang w:eastAsia="zh-CN"/>
              </w:rPr>
            </w:pPr>
            <w:r>
              <w:rPr>
                <w:sz w:val="18"/>
                <w:lang w:eastAsia="zh-CN"/>
              </w:rPr>
              <w:t>设备调试验收、师资培训、课程资源部署</w:t>
            </w:r>
          </w:p>
        </w:tc>
      </w:tr>
      <w:tr w:rsidR="004A7F88" w14:paraId="4C715F01" w14:textId="77777777">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D4E5B59" w14:textId="77777777" w:rsidR="004A7F88" w:rsidRDefault="00000000">
            <w:pPr>
              <w:spacing w:before="45" w:after="45" w:line="240" w:lineRule="auto"/>
              <w:jc w:val="left"/>
            </w:pPr>
            <w:r>
              <w:rPr>
                <w:sz w:val="18"/>
              </w:rPr>
              <w:t>第五阶段：正式运营</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021328D9" w14:textId="77777777" w:rsidR="004A7F88" w:rsidRDefault="00000000">
            <w:pPr>
              <w:spacing w:before="45" w:after="45" w:line="240" w:lineRule="auto"/>
              <w:jc w:val="left"/>
            </w:pPr>
            <w:r>
              <w:rPr>
                <w:sz w:val="18"/>
              </w:rPr>
              <w:t>第 7 月起</w:t>
            </w:r>
          </w:p>
        </w:tc>
        <w:tc>
          <w:tcPr>
            <w:tcW w:w="2880" w:type="dxa"/>
            <w:tcBorders>
              <w:top w:val="single" w:sz="6" w:space="0" w:color="E0E0E0"/>
              <w:left w:val="single" w:sz="6" w:space="0" w:color="E0E0E0"/>
              <w:bottom w:val="single" w:sz="6" w:space="0" w:color="E0E0E0"/>
              <w:right w:val="single" w:sz="6" w:space="0" w:color="E0E0E0"/>
            </w:tcBorders>
            <w:tcMar>
              <w:top w:w="60" w:type="dxa"/>
              <w:left w:w="90" w:type="dxa"/>
              <w:bottom w:w="60" w:type="dxa"/>
              <w:right w:w="90" w:type="dxa"/>
            </w:tcMar>
            <w:vAlign w:val="center"/>
          </w:tcPr>
          <w:p w14:paraId="3412B332" w14:textId="77777777" w:rsidR="004A7F88" w:rsidRDefault="00000000">
            <w:pPr>
              <w:spacing w:before="45" w:after="45" w:line="240" w:lineRule="auto"/>
              <w:jc w:val="left"/>
              <w:rPr>
                <w:lang w:eastAsia="zh-CN"/>
              </w:rPr>
            </w:pPr>
            <w:r>
              <w:rPr>
                <w:sz w:val="18"/>
                <w:lang w:eastAsia="zh-CN"/>
              </w:rPr>
              <w:t>课程开课、考证培训组班、双创孵化与社会服务启动</w:t>
            </w:r>
          </w:p>
        </w:tc>
      </w:tr>
    </w:tbl>
    <w:p w14:paraId="3456920A" w14:textId="77777777" w:rsidR="004A7F88" w:rsidRDefault="00000000">
      <w:pPr>
        <w:pStyle w:val="31"/>
      </w:pPr>
      <w:r>
        <w:rPr>
          <w:rFonts w:cs="微软雅黑" w:hint="eastAsia"/>
          <w:lang w:eastAsia="zh-CN"/>
        </w:rPr>
        <w:t>（二）实施保障措施</w:t>
      </w:r>
    </w:p>
    <w:p w14:paraId="782D59F4" w14:textId="77777777" w:rsidR="004A7F88" w:rsidRDefault="00000000">
      <w:pPr>
        <w:pStyle w:val="a"/>
        <w:numPr>
          <w:ilvl w:val="0"/>
          <w:numId w:val="12"/>
        </w:numPr>
        <w:spacing w:after="84"/>
        <w:rPr>
          <w:lang w:eastAsia="zh-CN"/>
        </w:rPr>
      </w:pPr>
      <w:r>
        <w:rPr>
          <w:rFonts w:cs="微软雅黑" w:hint="eastAsia"/>
          <w:b/>
          <w:lang w:eastAsia="zh-CN"/>
        </w:rPr>
        <w:t>组织保障</w:t>
      </w:r>
      <w:r>
        <w:rPr>
          <w:rFonts w:cs="微软雅黑" w:hint="eastAsia"/>
          <w:lang w:eastAsia="zh-CN"/>
        </w:rPr>
        <w:t>：由学校创新创业学院牵头，联合教务、资产、后勤等部门成立基地建设工作组，统筹推进建设全过程。</w:t>
      </w:r>
    </w:p>
    <w:p w14:paraId="7EE0DB0D" w14:textId="77777777" w:rsidR="004A7F88" w:rsidRDefault="00000000">
      <w:pPr>
        <w:pStyle w:val="a"/>
        <w:numPr>
          <w:ilvl w:val="0"/>
          <w:numId w:val="12"/>
        </w:numPr>
        <w:spacing w:after="84"/>
        <w:rPr>
          <w:lang w:eastAsia="zh-CN"/>
        </w:rPr>
      </w:pPr>
      <w:r>
        <w:rPr>
          <w:rFonts w:cs="微软雅黑" w:hint="eastAsia"/>
          <w:b/>
          <w:lang w:eastAsia="zh-CN"/>
        </w:rPr>
        <w:t>资金保障</w:t>
      </w:r>
      <w:r>
        <w:rPr>
          <w:rFonts w:cs="微软雅黑" w:hint="eastAsia"/>
          <w:lang w:eastAsia="zh-CN"/>
        </w:rPr>
        <w:t>：总预算</w:t>
      </w:r>
      <w:r>
        <w:rPr>
          <w:lang w:eastAsia="zh-CN"/>
        </w:rPr>
        <w:t xml:space="preserve"> 108.97~114.97 </w:t>
      </w:r>
      <w:r>
        <w:rPr>
          <w:rFonts w:cs="微软雅黑" w:hint="eastAsia"/>
          <w:lang w:eastAsia="zh-CN"/>
        </w:rPr>
        <w:t>万元，纳入学校年度建设经费计划，专款专用，配套投入</w:t>
      </w:r>
      <w:r>
        <w:rPr>
          <w:lang w:eastAsia="zh-CN"/>
        </w:rPr>
        <w:t xml:space="preserve"> 21~27 </w:t>
      </w:r>
      <w:r>
        <w:rPr>
          <w:rFonts w:cs="微软雅黑" w:hint="eastAsia"/>
          <w:lang w:eastAsia="zh-CN"/>
        </w:rPr>
        <w:t>万元同步落实。</w:t>
      </w:r>
    </w:p>
    <w:p w14:paraId="134073D7" w14:textId="77777777" w:rsidR="004A7F88" w:rsidRDefault="00000000">
      <w:pPr>
        <w:pStyle w:val="a"/>
        <w:numPr>
          <w:ilvl w:val="0"/>
          <w:numId w:val="12"/>
        </w:numPr>
        <w:spacing w:after="84"/>
        <w:rPr>
          <w:lang w:eastAsia="zh-CN"/>
        </w:rPr>
      </w:pPr>
      <w:r>
        <w:rPr>
          <w:rFonts w:cs="微软雅黑" w:hint="eastAsia"/>
          <w:b/>
          <w:lang w:eastAsia="zh-CN"/>
        </w:rPr>
        <w:t>师资保障</w:t>
      </w:r>
      <w:r>
        <w:rPr>
          <w:rFonts w:cs="微软雅黑" w:hint="eastAsia"/>
          <w:lang w:eastAsia="zh-CN"/>
        </w:rPr>
        <w:t>：实施</w:t>
      </w:r>
      <w:r>
        <w:rPr>
          <w:lang w:eastAsia="zh-CN"/>
        </w:rPr>
        <w:t>"</w:t>
      </w:r>
      <w:r>
        <w:rPr>
          <w:rFonts w:cs="微软雅黑" w:hint="eastAsia"/>
          <w:lang w:eastAsia="zh-CN"/>
        </w:rPr>
        <w:t>内培外引、双轨并进</w:t>
      </w:r>
      <w:r>
        <w:rPr>
          <w:lang w:eastAsia="zh-CN"/>
        </w:rPr>
        <w:t>"</w:t>
      </w:r>
      <w:r>
        <w:rPr>
          <w:rFonts w:cs="微软雅黑" w:hint="eastAsia"/>
          <w:lang w:eastAsia="zh-CN"/>
        </w:rPr>
        <w:t>双师培养计划，</w:t>
      </w:r>
      <w:r>
        <w:rPr>
          <w:lang w:eastAsia="zh-CN"/>
        </w:rPr>
        <w:t xml:space="preserve">5—8 </w:t>
      </w:r>
      <w:r>
        <w:rPr>
          <w:rFonts w:cs="微软雅黑" w:hint="eastAsia"/>
          <w:lang w:eastAsia="zh-CN"/>
        </w:rPr>
        <w:t>名骨干教师取证与企业工程师驻校带教同步推进。</w:t>
      </w:r>
    </w:p>
    <w:p w14:paraId="2AA8CB29" w14:textId="77777777" w:rsidR="004A7F88" w:rsidRDefault="00000000">
      <w:pPr>
        <w:pStyle w:val="a"/>
        <w:numPr>
          <w:ilvl w:val="0"/>
          <w:numId w:val="12"/>
        </w:numPr>
        <w:spacing w:after="84"/>
        <w:rPr>
          <w:lang w:eastAsia="zh-CN"/>
        </w:rPr>
      </w:pPr>
      <w:r>
        <w:rPr>
          <w:rFonts w:cs="微软雅黑" w:hint="eastAsia"/>
          <w:b/>
          <w:lang w:eastAsia="zh-CN"/>
        </w:rPr>
        <w:t>制度保障</w:t>
      </w:r>
      <w:r>
        <w:rPr>
          <w:rFonts w:cs="微软雅黑" w:hint="eastAsia"/>
          <w:lang w:eastAsia="zh-CN"/>
        </w:rPr>
        <w:t>：建立设备管理、耗材领用、安全操作、飞行组织等管理制度，锂电池集中充电与室外飞行严格执行安全管理规定。</w:t>
      </w:r>
    </w:p>
    <w:p w14:paraId="2886A562" w14:textId="77777777" w:rsidR="004A7F88" w:rsidRDefault="00000000">
      <w:pPr>
        <w:pStyle w:val="a"/>
        <w:numPr>
          <w:ilvl w:val="0"/>
          <w:numId w:val="12"/>
        </w:numPr>
        <w:spacing w:after="84"/>
        <w:rPr>
          <w:lang w:eastAsia="zh-CN"/>
        </w:rPr>
      </w:pPr>
      <w:r>
        <w:rPr>
          <w:rFonts w:cs="微软雅黑" w:hint="eastAsia"/>
          <w:b/>
          <w:lang w:eastAsia="zh-CN"/>
        </w:rPr>
        <w:t>质量保障</w:t>
      </w:r>
      <w:r>
        <w:rPr>
          <w:rFonts w:cs="微软雅黑" w:hint="eastAsia"/>
          <w:lang w:eastAsia="zh-CN"/>
        </w:rPr>
        <w:t>：所有【待询价】项招标前完成</w:t>
      </w:r>
      <w:r>
        <w:rPr>
          <w:lang w:eastAsia="zh-CN"/>
        </w:rPr>
        <w:t>3</w:t>
      </w:r>
      <w:r>
        <w:rPr>
          <w:rFonts w:cs="微软雅黑" w:hint="eastAsia"/>
          <w:lang w:eastAsia="zh-CN"/>
        </w:rPr>
        <w:t>家以上询价，暂列价与实际价差异超</w:t>
      </w:r>
      <w:r>
        <w:rPr>
          <w:lang w:eastAsia="zh-CN"/>
        </w:rPr>
        <w:t>±15%</w:t>
      </w:r>
      <w:r>
        <w:rPr>
          <w:rFonts w:cs="微软雅黑" w:hint="eastAsia"/>
          <w:lang w:eastAsia="zh-CN"/>
        </w:rPr>
        <w:t>时重算汇总；设备安装调试验收环节严格把关。</w:t>
      </w:r>
    </w:p>
    <w:p w14:paraId="50837100" w14:textId="77777777" w:rsidR="004A7F88" w:rsidRDefault="00000000">
      <w:pPr>
        <w:pStyle w:val="21"/>
        <w:rPr>
          <w:lang w:eastAsia="zh-CN"/>
        </w:rPr>
      </w:pPr>
      <w:bookmarkStart w:id="8" w:name="section-9"/>
      <w:bookmarkEnd w:id="8"/>
      <w:r>
        <w:rPr>
          <w:rFonts w:cs="微软雅黑" w:hint="eastAsia"/>
          <w:lang w:eastAsia="zh-CN"/>
        </w:rPr>
        <w:t>九、校企合作模式说明</w:t>
      </w:r>
    </w:p>
    <w:p w14:paraId="5D92E304" w14:textId="77777777" w:rsidR="004A7F88" w:rsidRDefault="00000000">
      <w:pPr>
        <w:rPr>
          <w:lang w:eastAsia="zh-CN"/>
        </w:rPr>
      </w:pPr>
      <w:r>
        <w:rPr>
          <w:rFonts w:cs="微软雅黑" w:hint="eastAsia"/>
          <w:lang w:eastAsia="zh-CN"/>
        </w:rPr>
        <w:t>本基地坚持校企共建、协同育人，合作模式分三个层面推进（具体合作单位以学校实际洽谈签约为准）：</w:t>
      </w:r>
    </w:p>
    <w:p w14:paraId="671BFE5F" w14:textId="77777777" w:rsidR="004A7F88" w:rsidRDefault="00000000">
      <w:pPr>
        <w:rPr>
          <w:lang w:eastAsia="zh-CN"/>
        </w:rPr>
      </w:pPr>
      <w:r>
        <w:rPr>
          <w:rFonts w:cs="微软雅黑" w:hint="eastAsia"/>
          <w:b/>
          <w:lang w:eastAsia="zh-CN"/>
        </w:rPr>
        <w:t>校企共建</w:t>
      </w:r>
      <w:r>
        <w:rPr>
          <w:rFonts w:cs="微软雅黑" w:hint="eastAsia"/>
          <w:lang w:eastAsia="zh-CN"/>
        </w:rPr>
        <w:t>：联合本地无人机企业与持证培训机构共建实训基地，企业提供行业级设备技术支持、真实应用场景资源与岗位能力标准，学校提供场地、教学组织与人才培养体系，双方按</w:t>
      </w:r>
      <w:r>
        <w:rPr>
          <w:lang w:eastAsia="zh-CN"/>
        </w:rPr>
        <w:t>"</w:t>
      </w:r>
      <w:r>
        <w:rPr>
          <w:rFonts w:cs="微软雅黑" w:hint="eastAsia"/>
          <w:lang w:eastAsia="zh-CN"/>
        </w:rPr>
        <w:t>教学实用、技术先进、适度超前</w:t>
      </w:r>
      <w:r>
        <w:rPr>
          <w:lang w:eastAsia="zh-CN"/>
        </w:rPr>
        <w:t>"</w:t>
      </w:r>
      <w:r>
        <w:rPr>
          <w:rFonts w:cs="微软雅黑" w:hint="eastAsia"/>
          <w:lang w:eastAsia="zh-CN"/>
        </w:rPr>
        <w:t>原则共同规划实训条件建设。</w:t>
      </w:r>
    </w:p>
    <w:p w14:paraId="37FA6E42" w14:textId="77777777" w:rsidR="004A7F88" w:rsidRDefault="00000000">
      <w:pPr>
        <w:rPr>
          <w:lang w:eastAsia="zh-CN"/>
        </w:rPr>
      </w:pPr>
      <w:r>
        <w:rPr>
          <w:rFonts w:cs="微软雅黑" w:hint="eastAsia"/>
          <w:b/>
          <w:lang w:eastAsia="zh-CN"/>
        </w:rPr>
        <w:lastRenderedPageBreak/>
        <w:t>师资共育</w:t>
      </w:r>
      <w:r>
        <w:rPr>
          <w:rFonts w:cs="微软雅黑" w:hint="eastAsia"/>
          <w:lang w:eastAsia="zh-CN"/>
        </w:rPr>
        <w:t>：引入企业</w:t>
      </w:r>
      <w:r>
        <w:rPr>
          <w:lang w:eastAsia="zh-CN"/>
        </w:rPr>
        <w:t xml:space="preserve"> 2—3 </w:t>
      </w:r>
      <w:r>
        <w:rPr>
          <w:rFonts w:cs="微软雅黑" w:hint="eastAsia"/>
          <w:lang w:eastAsia="zh-CN"/>
        </w:rPr>
        <w:t>名持证工程师驻校带教，承担装调、行业应用模块的实操教学与</w:t>
      </w:r>
      <w:r>
        <w:rPr>
          <w:lang w:eastAsia="zh-CN"/>
        </w:rPr>
        <w:t xml:space="preserve"> CAAC </w:t>
      </w:r>
      <w:r>
        <w:rPr>
          <w:rFonts w:cs="微软雅黑" w:hint="eastAsia"/>
          <w:lang w:eastAsia="zh-CN"/>
        </w:rPr>
        <w:t>备考带训，实行</w:t>
      </w:r>
      <w:r>
        <w:rPr>
          <w:lang w:eastAsia="zh-CN"/>
        </w:rPr>
        <w:t xml:space="preserve">"1 </w:t>
      </w:r>
      <w:r>
        <w:rPr>
          <w:rFonts w:cs="微软雅黑" w:hint="eastAsia"/>
          <w:lang w:eastAsia="zh-CN"/>
        </w:rPr>
        <w:t>名工程师</w:t>
      </w:r>
      <w:r>
        <w:rPr>
          <w:lang w:eastAsia="zh-CN"/>
        </w:rPr>
        <w:t xml:space="preserve"> + 2 </w:t>
      </w:r>
      <w:r>
        <w:rPr>
          <w:rFonts w:cs="微软雅黑" w:hint="eastAsia"/>
          <w:lang w:eastAsia="zh-CN"/>
        </w:rPr>
        <w:t>名本校教师</w:t>
      </w:r>
      <w:r>
        <w:rPr>
          <w:lang w:eastAsia="zh-CN"/>
        </w:rPr>
        <w:t>"</w:t>
      </w:r>
      <w:r>
        <w:rPr>
          <w:rFonts w:cs="微软雅黑" w:hint="eastAsia"/>
          <w:lang w:eastAsia="zh-CN"/>
        </w:rPr>
        <w:t>结对跟岗；同步选派</w:t>
      </w:r>
      <w:r>
        <w:rPr>
          <w:lang w:eastAsia="zh-CN"/>
        </w:rPr>
        <w:t xml:space="preserve"> 5—8 </w:t>
      </w:r>
      <w:r>
        <w:rPr>
          <w:rFonts w:cs="微软雅黑" w:hint="eastAsia"/>
          <w:lang w:eastAsia="zh-CN"/>
        </w:rPr>
        <w:t>名校内骨干教师参加</w:t>
      </w:r>
      <w:r>
        <w:rPr>
          <w:lang w:eastAsia="zh-CN"/>
        </w:rPr>
        <w:t xml:space="preserve"> CAAC </w:t>
      </w:r>
      <w:r>
        <w:rPr>
          <w:rFonts w:cs="微软雅黑" w:hint="eastAsia"/>
          <w:lang w:eastAsia="zh-CN"/>
        </w:rPr>
        <w:t>操控员执照及教员级培训，实现企业工程师与校内教师双向赋能。</w:t>
      </w:r>
    </w:p>
    <w:p w14:paraId="1D64BB76" w14:textId="77777777" w:rsidR="004A7F88" w:rsidRDefault="00000000">
      <w:pPr>
        <w:rPr>
          <w:lang w:eastAsia="zh-CN"/>
        </w:rPr>
      </w:pPr>
      <w:r>
        <w:rPr>
          <w:rFonts w:cs="微软雅黑" w:hint="eastAsia"/>
          <w:b/>
          <w:lang w:eastAsia="zh-CN"/>
        </w:rPr>
        <w:t>课程共研</w:t>
      </w:r>
      <w:r>
        <w:rPr>
          <w:rFonts w:cs="微软雅黑" w:hint="eastAsia"/>
          <w:lang w:eastAsia="zh-CN"/>
        </w:rPr>
        <w:t>：课程内容对接常州及周边低空经济企业的飞手、装调、行业应用（巡检</w:t>
      </w:r>
      <w:r>
        <w:rPr>
          <w:lang w:eastAsia="zh-CN"/>
        </w:rPr>
        <w:t>/</w:t>
      </w:r>
      <w:r>
        <w:rPr>
          <w:rFonts w:cs="微软雅黑" w:hint="eastAsia"/>
          <w:lang w:eastAsia="zh-CN"/>
        </w:rPr>
        <w:t>测绘</w:t>
      </w:r>
      <w:r>
        <w:rPr>
          <w:lang w:eastAsia="zh-CN"/>
        </w:rPr>
        <w:t>/</w:t>
      </w:r>
      <w:r>
        <w:rPr>
          <w:rFonts w:cs="微软雅黑" w:hint="eastAsia"/>
          <w:lang w:eastAsia="zh-CN"/>
        </w:rPr>
        <w:t>航拍）等岗位能力要求，按岗位能力图谱倒推教学项目设计，由校企双方共同开发课程资源、共编实训教材、共订考核标准，将</w:t>
      </w:r>
      <w:r>
        <w:rPr>
          <w:lang w:eastAsia="zh-CN"/>
        </w:rPr>
        <w:t xml:space="preserve"> CAAC </w:t>
      </w:r>
      <w:r>
        <w:rPr>
          <w:rFonts w:cs="微软雅黑" w:hint="eastAsia"/>
          <w:lang w:eastAsia="zh-CN"/>
        </w:rPr>
        <w:t>执照考试标准嵌入课程体系，实现</w:t>
      </w:r>
      <w:r>
        <w:rPr>
          <w:lang w:eastAsia="zh-CN"/>
        </w:rPr>
        <w:t>"</w:t>
      </w:r>
      <w:r>
        <w:rPr>
          <w:rFonts w:cs="微软雅黑" w:hint="eastAsia"/>
          <w:lang w:eastAsia="zh-CN"/>
        </w:rPr>
        <w:t>课程结束即达到报考条件</w:t>
      </w:r>
      <w:r>
        <w:rPr>
          <w:lang w:eastAsia="zh-CN"/>
        </w:rPr>
        <w:t>"</w:t>
      </w:r>
      <w:r>
        <w:rPr>
          <w:rFonts w:cs="微软雅黑" w:hint="eastAsia"/>
          <w:lang w:eastAsia="zh-CN"/>
        </w:rPr>
        <w:t>。</w:t>
      </w:r>
    </w:p>
    <w:sectPr w:rsidR="004A7F88" w:rsidSect="00034616">
      <w:footerReference w:type="default" r:id="rId11"/>
      <w:pgSz w:w="11906" w:h="16838"/>
      <w:pgMar w:top="1440" w:right="1474" w:bottom="1440" w:left="147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10EB5" w14:textId="77777777" w:rsidR="0014006A" w:rsidRDefault="0014006A">
      <w:pPr>
        <w:spacing w:after="0" w:line="240" w:lineRule="auto"/>
      </w:pPr>
      <w:r>
        <w:separator/>
      </w:r>
    </w:p>
  </w:endnote>
  <w:endnote w:type="continuationSeparator" w:id="0">
    <w:p w14:paraId="3645C472" w14:textId="77777777" w:rsidR="0014006A" w:rsidRDefault="00140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7D27" w14:textId="77777777" w:rsidR="004A7F88" w:rsidRDefault="00000000">
    <w:pPr>
      <w:pStyle w:val="a7"/>
      <w:tabs>
        <w:tab w:val="center" w:pos="4479"/>
        <w:tab w:val="right" w:pos="8958"/>
      </w:tabs>
    </w:pPr>
    <w:r>
      <w:tab/>
    </w:r>
    <w:r>
      <w:fldChar w:fldCharType="begin"/>
    </w:r>
    <w:r>
      <w:instrText>PAGE</w:instrText>
    </w:r>
    <w:r>
      <w:fldChar w:fldCharType="separate"/>
    </w:r>
    <w:r w:rsidR="00237FE0">
      <w:rPr>
        <w:noProof/>
      </w:rPr>
      <w:t>0</w:t>
    </w:r>
    <w: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B5E86" w14:textId="77777777" w:rsidR="0014006A" w:rsidRDefault="0014006A">
      <w:pPr>
        <w:spacing w:after="0" w:line="240" w:lineRule="auto"/>
      </w:pPr>
      <w:r>
        <w:separator/>
      </w:r>
    </w:p>
  </w:footnote>
  <w:footnote w:type="continuationSeparator" w:id="0">
    <w:p w14:paraId="604DEA21" w14:textId="77777777" w:rsidR="0014006A" w:rsidRDefault="00140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35367676">
    <w:abstractNumId w:val="8"/>
  </w:num>
  <w:num w:numId="2" w16cid:durableId="1308167699">
    <w:abstractNumId w:val="6"/>
  </w:num>
  <w:num w:numId="3" w16cid:durableId="765999412">
    <w:abstractNumId w:val="5"/>
  </w:num>
  <w:num w:numId="4" w16cid:durableId="1837454720">
    <w:abstractNumId w:val="4"/>
  </w:num>
  <w:num w:numId="5" w16cid:durableId="1676228058">
    <w:abstractNumId w:val="7"/>
  </w:num>
  <w:num w:numId="6" w16cid:durableId="248277804">
    <w:abstractNumId w:val="3"/>
  </w:num>
  <w:num w:numId="7" w16cid:durableId="1545748223">
    <w:abstractNumId w:val="2"/>
  </w:num>
  <w:num w:numId="8" w16cid:durableId="1996058584">
    <w:abstractNumId w:val="1"/>
  </w:num>
  <w:num w:numId="9" w16cid:durableId="1354114073">
    <w:abstractNumId w:val="0"/>
  </w:num>
  <w:num w:numId="10" w16cid:durableId="1983000871">
    <w:abstractNumId w:val="7"/>
    <w:lvlOverride w:ilvl="0">
      <w:startOverride w:val="1"/>
    </w:lvlOverride>
  </w:num>
  <w:num w:numId="11" w16cid:durableId="735518339">
    <w:abstractNumId w:val="7"/>
    <w:lvlOverride w:ilvl="0">
      <w:startOverride w:val="1"/>
    </w:lvlOverride>
  </w:num>
  <w:num w:numId="12" w16cid:durableId="18591976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006A"/>
    <w:rsid w:val="0015074B"/>
    <w:rsid w:val="00237FE0"/>
    <w:rsid w:val="0029639D"/>
    <w:rsid w:val="00326F90"/>
    <w:rsid w:val="004A7F88"/>
    <w:rsid w:val="00AA1D8D"/>
    <w:rsid w:val="00B47730"/>
    <w:rsid w:val="00CB0664"/>
    <w:rsid w:val="00D261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722A41"/>
  <w14:defaultImageDpi w14:val="300"/>
  <w15:docId w15:val="{EE3A09D4-FA58-4ABC-BC5C-6D1B8354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80" w:line="326" w:lineRule="auto"/>
      <w:jc w:val="both"/>
    </w:pPr>
    <w:rPr>
      <w:rFonts w:ascii="微软雅黑" w:eastAsia="微软雅黑" w:hAnsi="微软雅黑"/>
      <w:color w:val="212121"/>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480"/>
      <w:outlineLvl w:val="1"/>
    </w:pPr>
    <w:rPr>
      <w:b/>
      <w:bCs/>
      <w:color w:val="1A237E"/>
      <w:sz w:val="28"/>
      <w:szCs w:val="26"/>
    </w:rPr>
  </w:style>
  <w:style w:type="paragraph" w:styleId="31">
    <w:name w:val="heading 3"/>
    <w:basedOn w:val="a1"/>
    <w:next w:val="a1"/>
    <w:link w:val="32"/>
    <w:uiPriority w:val="9"/>
    <w:unhideWhenUsed/>
    <w:qFormat/>
    <w:rsid w:val="00FC693F"/>
    <w:pPr>
      <w:keepNext/>
      <w:keepLines/>
      <w:spacing w:before="288"/>
      <w:outlineLvl w:val="2"/>
    </w:pPr>
    <w:rPr>
      <w:b/>
      <w:bCs/>
      <w:color w:val="1A237E"/>
      <w:sz w:val="24"/>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4824</Words>
  <Characters>5452</Characters>
  <Application>Microsoft Office Word</Application>
  <DocSecurity>0</DocSecurity>
  <Lines>545</Lines>
  <Paragraphs>685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王怀远</cp:lastModifiedBy>
  <cp:revision>2</cp:revision>
  <dcterms:created xsi:type="dcterms:W3CDTF">2013-12-23T23:15:00Z</dcterms:created>
  <dcterms:modified xsi:type="dcterms:W3CDTF">2026-10-12T07:07:00Z</dcterms:modified>
  <cp:category/>
</cp:coreProperties>
</file>